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41CEE9" w14:textId="59104C24" w:rsidR="008B157F" w:rsidRDefault="00000000" w:rsidP="008B157F">
      <w:pPr>
        <w:spacing w:after="60" w:line="252" w:lineRule="auto"/>
        <w:jc w:val="center"/>
      </w:pPr>
      <w:r>
        <w:rPr>
          <w:b/>
          <w:sz w:val="50"/>
        </w:rPr>
        <w:t>Parga Beach Resort —</w:t>
      </w:r>
      <w:r w:rsidR="00813925">
        <w:rPr>
          <w:b/>
          <w:sz w:val="50"/>
        </w:rPr>
        <w:t xml:space="preserve"> </w:t>
      </w:r>
      <w:r w:rsidR="001C3BB0">
        <w:rPr>
          <w:b/>
          <w:sz w:val="50"/>
        </w:rPr>
        <w:t xml:space="preserve">Blocked </w:t>
      </w:r>
      <w:r>
        <w:rPr>
          <w:b/>
          <w:sz w:val="50"/>
        </w:rPr>
        <w:t>Room Options</w:t>
      </w:r>
    </w:p>
    <w:p w14:paraId="05ABC0C7" w14:textId="77777777" w:rsidR="00A06B59" w:rsidRDefault="00000000" w:rsidP="008B157F">
      <w:pPr>
        <w:spacing w:after="60" w:line="252" w:lineRule="auto"/>
        <w:jc w:val="center"/>
      </w:pPr>
      <w:r>
        <w:rPr>
          <w:i/>
          <w:sz w:val="26"/>
        </w:rPr>
        <w:t>room &amp; floorplan summary</w:t>
      </w:r>
    </w:p>
    <w:p w14:paraId="290F36A3" w14:textId="77777777" w:rsidR="00A06B59" w:rsidRDefault="00D713C0">
      <w:pPr>
        <w:pStyle w:val="Heading1"/>
        <w:spacing w:after="60" w:line="252" w:lineRule="auto"/>
      </w:pPr>
      <w:r>
        <w:t>Information:</w:t>
      </w:r>
    </w:p>
    <w:p w14:paraId="47AFC25D" w14:textId="77777777" w:rsidR="00A06B59" w:rsidRDefault="00000000">
      <w:pPr>
        <w:pStyle w:val="ListBullet"/>
        <w:spacing w:after="60" w:line="252" w:lineRule="auto"/>
      </w:pPr>
      <w:r>
        <w:t>All rates are nightly</w:t>
      </w:r>
      <w:r w:rsidR="00092B09">
        <w:t>, there is a 5</w:t>
      </w:r>
      <w:r w:rsidR="00D713C0">
        <w:t>-</w:t>
      </w:r>
      <w:r w:rsidR="00092B09">
        <w:t>night minimum</w:t>
      </w:r>
      <w:r>
        <w:t>.</w:t>
      </w:r>
    </w:p>
    <w:p w14:paraId="3CC037A3" w14:textId="77777777" w:rsidR="00A06B59" w:rsidRDefault="00000000">
      <w:pPr>
        <w:pStyle w:val="ListBullet"/>
        <w:spacing w:after="60" w:line="252" w:lineRule="auto"/>
      </w:pPr>
      <w:r>
        <w:t>All rates are inclusive of taxes and fees.</w:t>
      </w:r>
    </w:p>
    <w:p w14:paraId="3523377D" w14:textId="77777777" w:rsidR="00A06B59" w:rsidRDefault="00000000">
      <w:pPr>
        <w:pStyle w:val="ListBullet"/>
        <w:spacing w:after="60" w:line="252" w:lineRule="auto"/>
      </w:pPr>
      <w:r>
        <w:t xml:space="preserve">Breakfast is included in </w:t>
      </w:r>
      <w:r w:rsidR="00D713C0">
        <w:t xml:space="preserve">all </w:t>
      </w:r>
      <w:r>
        <w:t>listed rate</w:t>
      </w:r>
      <w:r w:rsidR="00D713C0">
        <w:t>s</w:t>
      </w:r>
      <w:r>
        <w:t>.</w:t>
      </w:r>
    </w:p>
    <w:p w14:paraId="231496FF" w14:textId="77777777" w:rsidR="00A06B59" w:rsidRDefault="00000000">
      <w:pPr>
        <w:pStyle w:val="Heading1"/>
        <w:spacing w:after="60" w:line="252" w:lineRule="auto"/>
      </w:pPr>
      <w:r>
        <w:t>Quick Comparison</w:t>
      </w:r>
    </w:p>
    <w:tbl>
      <w:tblPr>
        <w:tblStyle w:val="TableGrid"/>
        <w:tblW w:w="9183" w:type="dxa"/>
        <w:jc w:val="center"/>
        <w:tblLook w:val="04A0" w:firstRow="1" w:lastRow="0" w:firstColumn="1" w:lastColumn="0" w:noHBand="0" w:noVBand="1"/>
      </w:tblPr>
      <w:tblGrid>
        <w:gridCol w:w="2335"/>
        <w:gridCol w:w="1808"/>
        <w:gridCol w:w="2801"/>
        <w:gridCol w:w="2239"/>
      </w:tblGrid>
      <w:tr w:rsidR="0081125A" w14:paraId="0494AC67" w14:textId="77777777" w:rsidTr="0081125A">
        <w:trPr>
          <w:jc w:val="center"/>
        </w:trPr>
        <w:tc>
          <w:tcPr>
            <w:tcW w:w="2335" w:type="dxa"/>
            <w:vAlign w:val="center"/>
          </w:tcPr>
          <w:p w14:paraId="67F16D48" w14:textId="77777777" w:rsidR="0081125A" w:rsidRDefault="0081125A">
            <w:pPr>
              <w:spacing w:after="40"/>
            </w:pPr>
            <w:r>
              <w:rPr>
                <w:b/>
                <w:sz w:val="17"/>
              </w:rPr>
              <w:t>Room option</w:t>
            </w:r>
          </w:p>
        </w:tc>
        <w:tc>
          <w:tcPr>
            <w:tcW w:w="1808" w:type="dxa"/>
            <w:vAlign w:val="center"/>
          </w:tcPr>
          <w:p w14:paraId="33FA4949" w14:textId="77777777" w:rsidR="0081125A" w:rsidRDefault="0081125A">
            <w:pPr>
              <w:spacing w:after="40"/>
            </w:pPr>
            <w:r>
              <w:rPr>
                <w:b/>
                <w:sz w:val="17"/>
              </w:rPr>
              <w:t>Size</w:t>
            </w:r>
          </w:p>
        </w:tc>
        <w:tc>
          <w:tcPr>
            <w:tcW w:w="2801" w:type="dxa"/>
            <w:vAlign w:val="center"/>
          </w:tcPr>
          <w:p w14:paraId="06B38A29" w14:textId="77777777" w:rsidR="0081125A" w:rsidRDefault="0081125A">
            <w:pPr>
              <w:spacing w:after="40"/>
            </w:pPr>
            <w:r>
              <w:rPr>
                <w:b/>
                <w:sz w:val="17"/>
              </w:rPr>
              <w:t>Sleeping arrangement</w:t>
            </w:r>
          </w:p>
        </w:tc>
        <w:tc>
          <w:tcPr>
            <w:tcW w:w="2239" w:type="dxa"/>
            <w:vAlign w:val="center"/>
          </w:tcPr>
          <w:p w14:paraId="30C805D6" w14:textId="77777777" w:rsidR="0081125A" w:rsidRDefault="0081125A">
            <w:pPr>
              <w:spacing w:after="40"/>
            </w:pPr>
            <w:r>
              <w:rPr>
                <w:b/>
                <w:sz w:val="17"/>
              </w:rPr>
              <w:t>Nightly rate</w:t>
            </w:r>
          </w:p>
        </w:tc>
      </w:tr>
      <w:tr w:rsidR="0081125A" w14:paraId="5379616F" w14:textId="77777777" w:rsidTr="0081125A">
        <w:trPr>
          <w:jc w:val="center"/>
        </w:trPr>
        <w:tc>
          <w:tcPr>
            <w:tcW w:w="2335" w:type="dxa"/>
            <w:vAlign w:val="center"/>
          </w:tcPr>
          <w:p w14:paraId="56A68DBC" w14:textId="77777777" w:rsidR="0081125A" w:rsidRDefault="0081125A">
            <w:pPr>
              <w:spacing w:after="40"/>
            </w:pPr>
            <w:r>
              <w:rPr>
                <w:sz w:val="17"/>
              </w:rPr>
              <w:t>Eden Suite</w:t>
            </w:r>
          </w:p>
        </w:tc>
        <w:tc>
          <w:tcPr>
            <w:tcW w:w="1808" w:type="dxa"/>
            <w:vAlign w:val="center"/>
          </w:tcPr>
          <w:p w14:paraId="4E98467A" w14:textId="77777777" w:rsidR="0081125A" w:rsidRDefault="0081125A">
            <w:pPr>
              <w:spacing w:after="40"/>
            </w:pPr>
            <w:r>
              <w:rPr>
                <w:sz w:val="17"/>
              </w:rPr>
              <w:t>33 sq m / 355 sq ft</w:t>
            </w:r>
          </w:p>
        </w:tc>
        <w:tc>
          <w:tcPr>
            <w:tcW w:w="2801" w:type="dxa"/>
            <w:vAlign w:val="center"/>
          </w:tcPr>
          <w:p w14:paraId="730C7FA3" w14:textId="77777777" w:rsidR="0081125A" w:rsidRDefault="0081125A">
            <w:pPr>
              <w:spacing w:after="40"/>
            </w:pPr>
            <w:r>
              <w:rPr>
                <w:sz w:val="17"/>
              </w:rPr>
              <w:t>1 bedroom with pull-out sofa</w:t>
            </w:r>
          </w:p>
        </w:tc>
        <w:tc>
          <w:tcPr>
            <w:tcW w:w="2239" w:type="dxa"/>
            <w:vAlign w:val="center"/>
          </w:tcPr>
          <w:p w14:paraId="41898328" w14:textId="77777777" w:rsidR="0081125A" w:rsidRDefault="0081125A">
            <w:pPr>
              <w:spacing w:after="40"/>
            </w:pPr>
            <w:r>
              <w:rPr>
                <w:sz w:val="17"/>
              </w:rPr>
              <w:t xml:space="preserve">2 </w:t>
            </w:r>
            <w:proofErr w:type="gramStart"/>
            <w:r>
              <w:rPr>
                <w:sz w:val="17"/>
              </w:rPr>
              <w:t>persons:€</w:t>
            </w:r>
            <w:proofErr w:type="gramEnd"/>
            <w:r>
              <w:rPr>
                <w:sz w:val="17"/>
              </w:rPr>
              <w:t>400/night</w:t>
            </w:r>
            <w:r>
              <w:rPr>
                <w:sz w:val="17"/>
              </w:rPr>
              <w:br/>
              <w:t xml:space="preserve">3 </w:t>
            </w:r>
            <w:proofErr w:type="gramStart"/>
            <w:r>
              <w:rPr>
                <w:sz w:val="17"/>
              </w:rPr>
              <w:t>persons:€</w:t>
            </w:r>
            <w:proofErr w:type="gramEnd"/>
            <w:r>
              <w:rPr>
                <w:sz w:val="17"/>
              </w:rPr>
              <w:t>450/night</w:t>
            </w:r>
            <w:r>
              <w:rPr>
                <w:sz w:val="17"/>
              </w:rPr>
              <w:br/>
              <w:t xml:space="preserve">4 </w:t>
            </w:r>
            <w:proofErr w:type="gramStart"/>
            <w:r>
              <w:rPr>
                <w:sz w:val="17"/>
              </w:rPr>
              <w:t>persons:€</w:t>
            </w:r>
            <w:proofErr w:type="gramEnd"/>
            <w:r>
              <w:rPr>
                <w:sz w:val="17"/>
              </w:rPr>
              <w:t>470/night</w:t>
            </w:r>
          </w:p>
        </w:tc>
      </w:tr>
      <w:tr w:rsidR="0081125A" w14:paraId="23BFCC00" w14:textId="77777777" w:rsidTr="0081125A">
        <w:trPr>
          <w:jc w:val="center"/>
        </w:trPr>
        <w:tc>
          <w:tcPr>
            <w:tcW w:w="2335" w:type="dxa"/>
            <w:vAlign w:val="center"/>
          </w:tcPr>
          <w:p w14:paraId="729BB93C" w14:textId="1DE53F9E" w:rsidR="0081125A" w:rsidRDefault="0081125A">
            <w:pPr>
              <w:spacing w:after="40"/>
            </w:pPr>
            <w:r>
              <w:rPr>
                <w:sz w:val="17"/>
              </w:rPr>
              <w:t>Eden Suite with Attic/Loft</w:t>
            </w:r>
          </w:p>
        </w:tc>
        <w:tc>
          <w:tcPr>
            <w:tcW w:w="1808" w:type="dxa"/>
            <w:vAlign w:val="center"/>
          </w:tcPr>
          <w:p w14:paraId="5B1E31CD" w14:textId="77777777" w:rsidR="0081125A" w:rsidRDefault="0081125A">
            <w:pPr>
              <w:spacing w:after="40"/>
            </w:pPr>
            <w:r>
              <w:rPr>
                <w:sz w:val="17"/>
              </w:rPr>
              <w:t>43 sq m / 463 sq ft</w:t>
            </w:r>
          </w:p>
        </w:tc>
        <w:tc>
          <w:tcPr>
            <w:tcW w:w="2801" w:type="dxa"/>
            <w:vAlign w:val="center"/>
          </w:tcPr>
          <w:p w14:paraId="54CDD97E" w14:textId="77777777" w:rsidR="0081125A" w:rsidRDefault="0081125A">
            <w:pPr>
              <w:spacing w:after="40"/>
            </w:pPr>
            <w:r>
              <w:rPr>
                <w:sz w:val="17"/>
              </w:rPr>
              <w:t>1 bedroom with pull-out sofa + 2nd bedroom with full bed</w:t>
            </w:r>
          </w:p>
        </w:tc>
        <w:tc>
          <w:tcPr>
            <w:tcW w:w="2239" w:type="dxa"/>
            <w:vAlign w:val="center"/>
          </w:tcPr>
          <w:p w14:paraId="781DA13E" w14:textId="77777777" w:rsidR="0081125A" w:rsidRDefault="0081125A">
            <w:pPr>
              <w:spacing w:after="40"/>
            </w:pPr>
            <w:r>
              <w:rPr>
                <w:sz w:val="17"/>
              </w:rPr>
              <w:t xml:space="preserve">2 </w:t>
            </w:r>
            <w:proofErr w:type="gramStart"/>
            <w:r>
              <w:rPr>
                <w:sz w:val="17"/>
              </w:rPr>
              <w:t>persons:€</w:t>
            </w:r>
            <w:proofErr w:type="gramEnd"/>
            <w:r>
              <w:rPr>
                <w:sz w:val="17"/>
              </w:rPr>
              <w:t>430/night</w:t>
            </w:r>
            <w:r>
              <w:rPr>
                <w:sz w:val="17"/>
              </w:rPr>
              <w:br/>
              <w:t xml:space="preserve">3 </w:t>
            </w:r>
            <w:proofErr w:type="gramStart"/>
            <w:r>
              <w:rPr>
                <w:sz w:val="17"/>
              </w:rPr>
              <w:t>persons:€</w:t>
            </w:r>
            <w:proofErr w:type="gramEnd"/>
            <w:r>
              <w:rPr>
                <w:sz w:val="17"/>
              </w:rPr>
              <w:t>480/night</w:t>
            </w:r>
            <w:r>
              <w:rPr>
                <w:sz w:val="17"/>
              </w:rPr>
              <w:br/>
              <w:t xml:space="preserve">4 </w:t>
            </w:r>
            <w:proofErr w:type="gramStart"/>
            <w:r>
              <w:rPr>
                <w:sz w:val="17"/>
              </w:rPr>
              <w:t>persons:€</w:t>
            </w:r>
            <w:proofErr w:type="gramEnd"/>
            <w:r>
              <w:rPr>
                <w:sz w:val="17"/>
              </w:rPr>
              <w:t>520/night</w:t>
            </w:r>
          </w:p>
        </w:tc>
      </w:tr>
      <w:tr w:rsidR="0081125A" w14:paraId="5F157236" w14:textId="77777777" w:rsidTr="0081125A">
        <w:trPr>
          <w:jc w:val="center"/>
        </w:trPr>
        <w:tc>
          <w:tcPr>
            <w:tcW w:w="2335" w:type="dxa"/>
            <w:vAlign w:val="center"/>
          </w:tcPr>
          <w:p w14:paraId="1001D4E0" w14:textId="77777777" w:rsidR="0081125A" w:rsidRDefault="0081125A">
            <w:pPr>
              <w:spacing w:after="40"/>
            </w:pPr>
            <w:r>
              <w:rPr>
                <w:sz w:val="17"/>
              </w:rPr>
              <w:t>Aura Suite</w:t>
            </w:r>
          </w:p>
        </w:tc>
        <w:tc>
          <w:tcPr>
            <w:tcW w:w="1808" w:type="dxa"/>
            <w:vAlign w:val="center"/>
          </w:tcPr>
          <w:p w14:paraId="315043AF" w14:textId="77777777" w:rsidR="0081125A" w:rsidRDefault="0081125A">
            <w:pPr>
              <w:spacing w:after="40"/>
            </w:pPr>
            <w:r>
              <w:rPr>
                <w:sz w:val="17"/>
              </w:rPr>
              <w:t>40 sq m / 430 sq ft</w:t>
            </w:r>
          </w:p>
        </w:tc>
        <w:tc>
          <w:tcPr>
            <w:tcW w:w="2801" w:type="dxa"/>
            <w:vAlign w:val="center"/>
          </w:tcPr>
          <w:p w14:paraId="37522795" w14:textId="77777777" w:rsidR="0081125A" w:rsidRDefault="0081125A">
            <w:pPr>
              <w:spacing w:after="40"/>
            </w:pPr>
            <w:r>
              <w:rPr>
                <w:sz w:val="17"/>
              </w:rPr>
              <w:t>1 bedroom + living room with pull-out sofa</w:t>
            </w:r>
          </w:p>
        </w:tc>
        <w:tc>
          <w:tcPr>
            <w:tcW w:w="2239" w:type="dxa"/>
            <w:vAlign w:val="center"/>
          </w:tcPr>
          <w:p w14:paraId="65C559DD" w14:textId="77777777" w:rsidR="0081125A" w:rsidRDefault="0081125A">
            <w:pPr>
              <w:spacing w:after="40"/>
            </w:pPr>
            <w:r>
              <w:rPr>
                <w:sz w:val="17"/>
              </w:rPr>
              <w:t xml:space="preserve">2 </w:t>
            </w:r>
            <w:proofErr w:type="gramStart"/>
            <w:r>
              <w:rPr>
                <w:sz w:val="17"/>
              </w:rPr>
              <w:t>persons:€</w:t>
            </w:r>
            <w:proofErr w:type="gramEnd"/>
            <w:r>
              <w:rPr>
                <w:sz w:val="17"/>
              </w:rPr>
              <w:t>440/night</w:t>
            </w:r>
            <w:r>
              <w:rPr>
                <w:sz w:val="17"/>
              </w:rPr>
              <w:br/>
              <w:t xml:space="preserve">3 </w:t>
            </w:r>
            <w:proofErr w:type="gramStart"/>
            <w:r>
              <w:rPr>
                <w:sz w:val="17"/>
              </w:rPr>
              <w:t>persons:€</w:t>
            </w:r>
            <w:proofErr w:type="gramEnd"/>
            <w:r>
              <w:rPr>
                <w:sz w:val="17"/>
              </w:rPr>
              <w:t>490/night</w:t>
            </w:r>
            <w:r>
              <w:rPr>
                <w:sz w:val="17"/>
              </w:rPr>
              <w:br/>
              <w:t xml:space="preserve">4 </w:t>
            </w:r>
            <w:proofErr w:type="gramStart"/>
            <w:r>
              <w:rPr>
                <w:sz w:val="17"/>
              </w:rPr>
              <w:t>persons:€</w:t>
            </w:r>
            <w:proofErr w:type="gramEnd"/>
            <w:r>
              <w:rPr>
                <w:sz w:val="17"/>
              </w:rPr>
              <w:t>530/night</w:t>
            </w:r>
          </w:p>
        </w:tc>
      </w:tr>
      <w:tr w:rsidR="0081125A" w14:paraId="52511CD3" w14:textId="77777777" w:rsidTr="0081125A">
        <w:trPr>
          <w:jc w:val="center"/>
        </w:trPr>
        <w:tc>
          <w:tcPr>
            <w:tcW w:w="2335" w:type="dxa"/>
            <w:vAlign w:val="center"/>
          </w:tcPr>
          <w:p w14:paraId="54CB7648" w14:textId="77777777" w:rsidR="0081125A" w:rsidRDefault="0081125A">
            <w:pPr>
              <w:spacing w:after="40"/>
            </w:pPr>
            <w:r>
              <w:rPr>
                <w:sz w:val="17"/>
              </w:rPr>
              <w:t>Aura Suite with Private Pool</w:t>
            </w:r>
          </w:p>
        </w:tc>
        <w:tc>
          <w:tcPr>
            <w:tcW w:w="1808" w:type="dxa"/>
            <w:vAlign w:val="center"/>
          </w:tcPr>
          <w:p w14:paraId="1C857AE1" w14:textId="77777777" w:rsidR="0081125A" w:rsidRDefault="0081125A">
            <w:pPr>
              <w:spacing w:after="40"/>
            </w:pPr>
            <w:r>
              <w:rPr>
                <w:sz w:val="17"/>
              </w:rPr>
              <w:t>40 sq m / 430 sq ft</w:t>
            </w:r>
          </w:p>
        </w:tc>
        <w:tc>
          <w:tcPr>
            <w:tcW w:w="2801" w:type="dxa"/>
            <w:vAlign w:val="center"/>
          </w:tcPr>
          <w:p w14:paraId="57C09579" w14:textId="77777777" w:rsidR="0081125A" w:rsidRDefault="0081125A">
            <w:pPr>
              <w:spacing w:after="40"/>
            </w:pPr>
            <w:r>
              <w:rPr>
                <w:sz w:val="17"/>
              </w:rPr>
              <w:t>1 bedroom + living room with pull-out sofa</w:t>
            </w:r>
          </w:p>
        </w:tc>
        <w:tc>
          <w:tcPr>
            <w:tcW w:w="2239" w:type="dxa"/>
            <w:vAlign w:val="center"/>
          </w:tcPr>
          <w:p w14:paraId="12333A52" w14:textId="77777777" w:rsidR="0081125A" w:rsidRDefault="0081125A">
            <w:pPr>
              <w:spacing w:after="40"/>
            </w:pPr>
            <w:r>
              <w:rPr>
                <w:sz w:val="17"/>
              </w:rPr>
              <w:t xml:space="preserve">2 </w:t>
            </w:r>
            <w:proofErr w:type="gramStart"/>
            <w:r>
              <w:rPr>
                <w:sz w:val="17"/>
              </w:rPr>
              <w:t>persons:€</w:t>
            </w:r>
            <w:proofErr w:type="gramEnd"/>
            <w:r>
              <w:rPr>
                <w:sz w:val="17"/>
              </w:rPr>
              <w:t>520/night</w:t>
            </w:r>
            <w:r>
              <w:rPr>
                <w:sz w:val="17"/>
              </w:rPr>
              <w:br/>
              <w:t xml:space="preserve">3 </w:t>
            </w:r>
            <w:proofErr w:type="gramStart"/>
            <w:r>
              <w:rPr>
                <w:sz w:val="17"/>
              </w:rPr>
              <w:t>persons:€</w:t>
            </w:r>
            <w:proofErr w:type="gramEnd"/>
            <w:r>
              <w:rPr>
                <w:sz w:val="17"/>
              </w:rPr>
              <w:t>570/night</w:t>
            </w:r>
            <w:r>
              <w:rPr>
                <w:sz w:val="17"/>
              </w:rPr>
              <w:br/>
              <w:t xml:space="preserve">4 </w:t>
            </w:r>
            <w:proofErr w:type="gramStart"/>
            <w:r>
              <w:rPr>
                <w:sz w:val="17"/>
              </w:rPr>
              <w:t>persons:€</w:t>
            </w:r>
            <w:proofErr w:type="gramEnd"/>
            <w:r>
              <w:rPr>
                <w:sz w:val="17"/>
              </w:rPr>
              <w:t>600/night</w:t>
            </w:r>
          </w:p>
        </w:tc>
      </w:tr>
      <w:tr w:rsidR="0081125A" w14:paraId="246B0BBC" w14:textId="77777777" w:rsidTr="0081125A">
        <w:trPr>
          <w:jc w:val="center"/>
        </w:trPr>
        <w:tc>
          <w:tcPr>
            <w:tcW w:w="2335" w:type="dxa"/>
            <w:vAlign w:val="center"/>
          </w:tcPr>
          <w:p w14:paraId="0CCBBDF8" w14:textId="77777777" w:rsidR="0081125A" w:rsidRDefault="0081125A">
            <w:pPr>
              <w:spacing w:after="40"/>
            </w:pPr>
            <w:r>
              <w:rPr>
                <w:sz w:val="17"/>
              </w:rPr>
              <w:t>Penthouse Bliss Suite with Plunge Pool</w:t>
            </w:r>
          </w:p>
        </w:tc>
        <w:tc>
          <w:tcPr>
            <w:tcW w:w="1808" w:type="dxa"/>
            <w:vAlign w:val="center"/>
          </w:tcPr>
          <w:p w14:paraId="7F439B79" w14:textId="77777777" w:rsidR="0081125A" w:rsidRDefault="0081125A">
            <w:pPr>
              <w:spacing w:after="40"/>
            </w:pPr>
            <w:r>
              <w:rPr>
                <w:sz w:val="17"/>
              </w:rPr>
              <w:t>57 sq m / 484 sq ft</w:t>
            </w:r>
          </w:p>
        </w:tc>
        <w:tc>
          <w:tcPr>
            <w:tcW w:w="2801" w:type="dxa"/>
            <w:vAlign w:val="center"/>
          </w:tcPr>
          <w:p w14:paraId="0BDE6715" w14:textId="77777777" w:rsidR="0081125A" w:rsidRDefault="0081125A">
            <w:pPr>
              <w:spacing w:after="40"/>
            </w:pPr>
            <w:proofErr w:type="gramStart"/>
            <w:r>
              <w:rPr>
                <w:sz w:val="17"/>
              </w:rPr>
              <w:t>2 bedroom</w:t>
            </w:r>
            <w:proofErr w:type="gramEnd"/>
            <w:r>
              <w:rPr>
                <w:sz w:val="17"/>
              </w:rPr>
              <w:t xml:space="preserve"> areas + 2 baths; the second bedroom area has two twin beds</w:t>
            </w:r>
          </w:p>
        </w:tc>
        <w:tc>
          <w:tcPr>
            <w:tcW w:w="2239" w:type="dxa"/>
            <w:vAlign w:val="center"/>
          </w:tcPr>
          <w:p w14:paraId="6E2534E4" w14:textId="77777777" w:rsidR="0081125A" w:rsidRDefault="0081125A">
            <w:pPr>
              <w:spacing w:after="40"/>
            </w:pPr>
            <w:r>
              <w:rPr>
                <w:sz w:val="17"/>
              </w:rPr>
              <w:t>Up to 4 persons: €650/night</w:t>
            </w:r>
            <w:r>
              <w:rPr>
                <w:sz w:val="17"/>
              </w:rPr>
              <w:br/>
              <w:t>Up to 5 persons: €700/night</w:t>
            </w:r>
          </w:p>
        </w:tc>
      </w:tr>
      <w:tr w:rsidR="0081125A" w14:paraId="067B3C37" w14:textId="77777777" w:rsidTr="0081125A">
        <w:trPr>
          <w:jc w:val="center"/>
        </w:trPr>
        <w:tc>
          <w:tcPr>
            <w:tcW w:w="2335" w:type="dxa"/>
            <w:vAlign w:val="center"/>
          </w:tcPr>
          <w:p w14:paraId="39ADFD58" w14:textId="77777777" w:rsidR="0081125A" w:rsidRDefault="0081125A">
            <w:pPr>
              <w:spacing w:after="40"/>
            </w:pPr>
            <w:r>
              <w:rPr>
                <w:sz w:val="17"/>
              </w:rPr>
              <w:t>Beachfront Panorama Suite with Jet Tub</w:t>
            </w:r>
          </w:p>
        </w:tc>
        <w:tc>
          <w:tcPr>
            <w:tcW w:w="1808" w:type="dxa"/>
            <w:vAlign w:val="center"/>
          </w:tcPr>
          <w:p w14:paraId="62DCEED6" w14:textId="77777777" w:rsidR="0081125A" w:rsidRDefault="0081125A">
            <w:pPr>
              <w:spacing w:after="40"/>
            </w:pPr>
            <w:r>
              <w:rPr>
                <w:sz w:val="17"/>
              </w:rPr>
              <w:t>45 sq m / 485 sq ft</w:t>
            </w:r>
          </w:p>
        </w:tc>
        <w:tc>
          <w:tcPr>
            <w:tcW w:w="2801" w:type="dxa"/>
            <w:vAlign w:val="center"/>
          </w:tcPr>
          <w:p w14:paraId="736F1831" w14:textId="77777777" w:rsidR="0081125A" w:rsidRDefault="0081125A">
            <w:pPr>
              <w:spacing w:after="40"/>
            </w:pPr>
            <w:r>
              <w:rPr>
                <w:sz w:val="17"/>
              </w:rPr>
              <w:t>1 bedroom space + living room with pull-out sofa</w:t>
            </w:r>
          </w:p>
        </w:tc>
        <w:tc>
          <w:tcPr>
            <w:tcW w:w="2239" w:type="dxa"/>
            <w:vAlign w:val="center"/>
          </w:tcPr>
          <w:p w14:paraId="080016E6" w14:textId="77777777" w:rsidR="0081125A" w:rsidRDefault="0081125A">
            <w:pPr>
              <w:spacing w:after="40"/>
            </w:pPr>
            <w:r>
              <w:rPr>
                <w:sz w:val="17"/>
              </w:rPr>
              <w:t>Up to 4 persons: €900/night</w:t>
            </w:r>
          </w:p>
        </w:tc>
      </w:tr>
      <w:tr w:rsidR="0081125A" w14:paraId="2518B192" w14:textId="77777777" w:rsidTr="0081125A">
        <w:trPr>
          <w:jc w:val="center"/>
        </w:trPr>
        <w:tc>
          <w:tcPr>
            <w:tcW w:w="2335" w:type="dxa"/>
            <w:vAlign w:val="center"/>
          </w:tcPr>
          <w:p w14:paraId="40C1C879" w14:textId="77777777" w:rsidR="0081125A" w:rsidRDefault="0081125A">
            <w:pPr>
              <w:spacing w:after="40"/>
            </w:pPr>
            <w:r>
              <w:rPr>
                <w:sz w:val="17"/>
              </w:rPr>
              <w:t>Beachfront Bliss Suite with Private Pool</w:t>
            </w:r>
          </w:p>
        </w:tc>
        <w:tc>
          <w:tcPr>
            <w:tcW w:w="1808" w:type="dxa"/>
            <w:vAlign w:val="center"/>
          </w:tcPr>
          <w:p w14:paraId="6534902A" w14:textId="77777777" w:rsidR="0081125A" w:rsidRDefault="0081125A">
            <w:pPr>
              <w:spacing w:after="40"/>
            </w:pPr>
            <w:r>
              <w:rPr>
                <w:sz w:val="17"/>
              </w:rPr>
              <w:t>50 sq m / 538 sq ft</w:t>
            </w:r>
          </w:p>
        </w:tc>
        <w:tc>
          <w:tcPr>
            <w:tcW w:w="2801" w:type="dxa"/>
            <w:vAlign w:val="center"/>
          </w:tcPr>
          <w:p w14:paraId="7E3A64B0" w14:textId="77777777" w:rsidR="0081125A" w:rsidRDefault="0081125A">
            <w:pPr>
              <w:spacing w:after="40"/>
            </w:pPr>
            <w:r>
              <w:rPr>
                <w:sz w:val="17"/>
              </w:rPr>
              <w:t>1 bedroom space + living room with pull-out sofa</w:t>
            </w:r>
          </w:p>
        </w:tc>
        <w:tc>
          <w:tcPr>
            <w:tcW w:w="2239" w:type="dxa"/>
            <w:vAlign w:val="center"/>
          </w:tcPr>
          <w:p w14:paraId="2135B976" w14:textId="77777777" w:rsidR="0081125A" w:rsidRDefault="0081125A">
            <w:pPr>
              <w:spacing w:after="40"/>
            </w:pPr>
            <w:r>
              <w:rPr>
                <w:sz w:val="17"/>
              </w:rPr>
              <w:t>Up to 4 persons: €900/night</w:t>
            </w:r>
          </w:p>
        </w:tc>
      </w:tr>
      <w:tr w:rsidR="0081125A" w14:paraId="4D4805E6" w14:textId="77777777" w:rsidTr="0081125A">
        <w:trPr>
          <w:jc w:val="center"/>
        </w:trPr>
        <w:tc>
          <w:tcPr>
            <w:tcW w:w="2335" w:type="dxa"/>
            <w:vAlign w:val="center"/>
          </w:tcPr>
          <w:p w14:paraId="3F60EF60" w14:textId="77777777" w:rsidR="0081125A" w:rsidRDefault="0081125A">
            <w:pPr>
              <w:spacing w:after="40"/>
            </w:pPr>
            <w:r>
              <w:rPr>
                <w:sz w:val="17"/>
              </w:rPr>
              <w:t>Beachfront Maison Suite with Private Pool</w:t>
            </w:r>
          </w:p>
        </w:tc>
        <w:tc>
          <w:tcPr>
            <w:tcW w:w="1808" w:type="dxa"/>
            <w:vAlign w:val="center"/>
          </w:tcPr>
          <w:p w14:paraId="04CC1EB4" w14:textId="77777777" w:rsidR="0081125A" w:rsidRDefault="0081125A">
            <w:pPr>
              <w:spacing w:after="40"/>
            </w:pPr>
            <w:r>
              <w:rPr>
                <w:sz w:val="17"/>
              </w:rPr>
              <w:t>70 sq m / 753 sq ft</w:t>
            </w:r>
          </w:p>
        </w:tc>
        <w:tc>
          <w:tcPr>
            <w:tcW w:w="2801" w:type="dxa"/>
            <w:vAlign w:val="center"/>
          </w:tcPr>
          <w:p w14:paraId="3532B8B1" w14:textId="77777777" w:rsidR="0081125A" w:rsidRDefault="0081125A">
            <w:pPr>
              <w:spacing w:after="40"/>
            </w:pPr>
            <w:proofErr w:type="gramStart"/>
            <w:r>
              <w:rPr>
                <w:sz w:val="17"/>
              </w:rPr>
              <w:t>2 bedroom</w:t>
            </w:r>
            <w:proofErr w:type="gramEnd"/>
            <w:r>
              <w:rPr>
                <w:sz w:val="17"/>
              </w:rPr>
              <w:t xml:space="preserve"> spaces + 2 baths + living room with pull-out sofa</w:t>
            </w:r>
          </w:p>
        </w:tc>
        <w:tc>
          <w:tcPr>
            <w:tcW w:w="2239" w:type="dxa"/>
            <w:vAlign w:val="center"/>
          </w:tcPr>
          <w:p w14:paraId="75E42ABA" w14:textId="77777777" w:rsidR="0081125A" w:rsidRDefault="0081125A">
            <w:pPr>
              <w:spacing w:after="40"/>
            </w:pPr>
            <w:r>
              <w:rPr>
                <w:sz w:val="17"/>
              </w:rPr>
              <w:t>Up to 4 persons: €1,250/night</w:t>
            </w:r>
            <w:r>
              <w:rPr>
                <w:sz w:val="17"/>
              </w:rPr>
              <w:br/>
              <w:t>Up to 5 persons: €1,300/night</w:t>
            </w:r>
          </w:p>
        </w:tc>
      </w:tr>
    </w:tbl>
    <w:p w14:paraId="5F172AC9" w14:textId="1A3AE12D" w:rsidR="006C15A4" w:rsidRDefault="006C15A4">
      <w:pPr>
        <w:spacing w:after="60" w:line="252" w:lineRule="auto"/>
      </w:pPr>
    </w:p>
    <w:p w14:paraId="5FDD2C59" w14:textId="77777777" w:rsidR="006C15A4" w:rsidRDefault="006C15A4">
      <w:r>
        <w:br w:type="page"/>
      </w:r>
    </w:p>
    <w:p w14:paraId="6489EC4B" w14:textId="77777777" w:rsidR="00A06B59" w:rsidRDefault="00A06B59">
      <w:pPr>
        <w:spacing w:after="60" w:line="252" w:lineRule="auto"/>
      </w:pPr>
    </w:p>
    <w:p w14:paraId="16D13FE2" w14:textId="77777777" w:rsidR="00A06B59" w:rsidRDefault="00000000">
      <w:pPr>
        <w:pStyle w:val="Heading1"/>
        <w:spacing w:before="80" w:after="140" w:line="252" w:lineRule="auto"/>
      </w:pPr>
      <w:r>
        <w:rPr>
          <w:sz w:val="30"/>
        </w:rPr>
        <w:t>1. Eden Suite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06B59" w14:paraId="6E8C3F7B" w14:textId="77777777" w:rsidTr="00A06B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748C72ED" w14:textId="77777777" w:rsidR="00A06B59" w:rsidRDefault="00000000">
            <w:pPr>
              <w:spacing w:after="40"/>
            </w:pPr>
            <w:r>
              <w:rPr>
                <w:sz w:val="17"/>
              </w:rPr>
              <w:t>Size</w:t>
            </w:r>
          </w:p>
        </w:tc>
        <w:tc>
          <w:tcPr>
            <w:tcW w:w="5184" w:type="dxa"/>
            <w:vAlign w:val="center"/>
          </w:tcPr>
          <w:p w14:paraId="4B21E648" w14:textId="77777777" w:rsidR="00A06B59" w:rsidRDefault="00000000">
            <w:pPr>
              <w:spacing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33 sq m / 355 sq ft</w:t>
            </w:r>
          </w:p>
        </w:tc>
      </w:tr>
      <w:tr w:rsidR="00A06B59" w14:paraId="00CED215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156C3E08" w14:textId="77777777" w:rsidR="00A06B59" w:rsidRDefault="00000000">
            <w:pPr>
              <w:spacing w:after="40"/>
            </w:pPr>
            <w:r>
              <w:rPr>
                <w:sz w:val="17"/>
              </w:rPr>
              <w:t>Rooms available</w:t>
            </w:r>
          </w:p>
        </w:tc>
        <w:tc>
          <w:tcPr>
            <w:tcW w:w="5184" w:type="dxa"/>
            <w:vAlign w:val="center"/>
          </w:tcPr>
          <w:p w14:paraId="74948568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13 rooms</w:t>
            </w:r>
          </w:p>
        </w:tc>
      </w:tr>
      <w:tr w:rsidR="00A06B59" w14:paraId="18354174" w14:textId="77777777" w:rsidTr="00A06B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195E274E" w14:textId="77777777" w:rsidR="00A06B59" w:rsidRDefault="00000000">
            <w:pPr>
              <w:spacing w:after="40"/>
            </w:pPr>
            <w:r>
              <w:rPr>
                <w:sz w:val="17"/>
              </w:rPr>
              <w:t>SLEEPING ARRANGEMENT</w:t>
            </w:r>
          </w:p>
        </w:tc>
        <w:tc>
          <w:tcPr>
            <w:tcW w:w="5184" w:type="dxa"/>
            <w:vAlign w:val="center"/>
          </w:tcPr>
          <w:p w14:paraId="4C168D3D" w14:textId="77777777" w:rsidR="00A06B59" w:rsidRDefault="0000000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1 bedroom with pull-out sofa</w:t>
            </w:r>
          </w:p>
        </w:tc>
      </w:tr>
      <w:tr w:rsidR="00A06B59" w14:paraId="7A6837D4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4E1CCAAB" w14:textId="77777777" w:rsidR="00A06B59" w:rsidRDefault="00000000">
            <w:pPr>
              <w:spacing w:after="40"/>
            </w:pPr>
            <w:r>
              <w:rPr>
                <w:sz w:val="17"/>
              </w:rPr>
              <w:t>Layout / setup</w:t>
            </w:r>
          </w:p>
        </w:tc>
        <w:tc>
          <w:tcPr>
            <w:tcW w:w="5184" w:type="dxa"/>
            <w:vAlign w:val="center"/>
          </w:tcPr>
          <w:p w14:paraId="4197DF8F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One-bedroom suite with pull-out sofa.</w:t>
            </w:r>
          </w:p>
        </w:tc>
      </w:tr>
      <w:tr w:rsidR="00A06B59" w14:paraId="0EBA1E1F" w14:textId="77777777" w:rsidTr="00A06B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0B32B9C7" w14:textId="77777777" w:rsidR="00A06B59" w:rsidRDefault="00000000">
            <w:pPr>
              <w:spacing w:after="40"/>
            </w:pPr>
            <w:r>
              <w:rPr>
                <w:sz w:val="17"/>
              </w:rPr>
              <w:t>Nightly rate</w:t>
            </w:r>
          </w:p>
        </w:tc>
        <w:tc>
          <w:tcPr>
            <w:tcW w:w="5184" w:type="dxa"/>
            <w:vAlign w:val="center"/>
          </w:tcPr>
          <w:p w14:paraId="340DC137" w14:textId="77777777" w:rsidR="00A06B59" w:rsidRDefault="0000000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2 persons: €400/night</w:t>
            </w:r>
            <w:r>
              <w:rPr>
                <w:sz w:val="17"/>
              </w:rPr>
              <w:br/>
              <w:t>3 persons: €450/night</w:t>
            </w:r>
            <w:r>
              <w:rPr>
                <w:sz w:val="17"/>
              </w:rPr>
              <w:br/>
              <w:t>4 persons: €470/night</w:t>
            </w:r>
          </w:p>
        </w:tc>
      </w:tr>
      <w:tr w:rsidR="00A06B59" w14:paraId="12D76644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15223526" w14:textId="77777777" w:rsidR="00A06B59" w:rsidRDefault="00000000">
            <w:pPr>
              <w:spacing w:after="40"/>
            </w:pPr>
            <w:r>
              <w:rPr>
                <w:sz w:val="17"/>
              </w:rPr>
              <w:t>Notes</w:t>
            </w:r>
          </w:p>
        </w:tc>
        <w:tc>
          <w:tcPr>
            <w:tcW w:w="5184" w:type="dxa"/>
            <w:vAlign w:val="center"/>
          </w:tcPr>
          <w:p w14:paraId="5C5DBAE2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The trip sheet identifies 13 rooms. Breakfast is included; rates are nightly and inclusive of taxes and fees.</w:t>
            </w:r>
          </w:p>
        </w:tc>
      </w:tr>
    </w:tbl>
    <w:p w14:paraId="6C7B0356" w14:textId="77777777" w:rsidR="00A06B59" w:rsidRDefault="00000000">
      <w:pPr>
        <w:spacing w:before="100" w:after="40" w:line="252" w:lineRule="auto"/>
        <w:jc w:val="center"/>
      </w:pPr>
      <w:r>
        <w:rPr>
          <w:b/>
        </w:rPr>
        <w:t>Complete floorplan</w:t>
      </w:r>
    </w:p>
    <w:p w14:paraId="463BE2C4" w14:textId="77777777" w:rsidR="00A06B59" w:rsidRDefault="00C24B3C">
      <w:pPr>
        <w:spacing w:after="80" w:line="252" w:lineRule="auto"/>
        <w:jc w:val="center"/>
      </w:pPr>
      <w:hyperlink r:id="rId8" w:history="1">
        <w:r w:rsidRPr="00B67562">
          <w:rPr>
            <w:rStyle w:val="Hyperlink"/>
            <w:color w:val="0563C1"/>
          </w:rPr>
          <w:t>https://www.pargabeachresort.gr/rooms/eden-suite/</w:t>
        </w:r>
      </w:hyperlink>
      <w:hyperlink r:id="rId9">
        <w:r>
          <w:rPr>
            <w:color w:val="0563C1"/>
            <w:u w:val="single"/>
          </w:rPr>
          <w:t>https://www.pargabeachresort.gr/rooms/eden-suite/</w:t>
        </w:r>
      </w:hyperlink>
    </w:p>
    <w:p w14:paraId="02776208" w14:textId="77777777" w:rsidR="00C24B3C" w:rsidRDefault="00C24B3C">
      <w:pPr>
        <w:spacing w:after="60" w:line="252" w:lineRule="auto"/>
        <w:jc w:val="center"/>
      </w:pPr>
      <w:r w:rsidRPr="00C24B3C">
        <w:rPr>
          <w:noProof/>
        </w:rPr>
        <w:drawing>
          <wp:inline distT="0" distB="0" distL="0" distR="0" wp14:anchorId="29FD7003" wp14:editId="155B5E0C">
            <wp:extent cx="6311900" cy="2425700"/>
            <wp:effectExtent l="0" t="0" r="0" b="0"/>
            <wp:docPr id="1975151481" name="Picture 1" descr="A floor plan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151481" name="Picture 1" descr="A floor plan of a house&#10;&#10;Description automatically generated"/>
                    <pic:cNvPicPr/>
                  </pic:nvPicPr>
                  <pic:blipFill rotWithShape="1">
                    <a:blip r:embed="rId10"/>
                    <a:srcRect t="23105" r="4129" b="18831"/>
                    <a:stretch/>
                  </pic:blipFill>
                  <pic:spPr bwMode="auto">
                    <a:xfrm>
                      <a:off x="0" y="0"/>
                      <a:ext cx="6311900" cy="2425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F884CE" w14:textId="77777777" w:rsidR="00470132" w:rsidRDefault="00470132">
      <w:pPr>
        <w:pBdr>
          <w:bottom w:val="single" w:sz="14" w:space="1" w:color="707070"/>
        </w:pBdr>
        <w:spacing w:before="100" w:after="120" w:line="240" w:lineRule="auto"/>
      </w:pPr>
    </w:p>
    <w:p w14:paraId="310B99A6" w14:textId="66324E43" w:rsidR="006C15A4" w:rsidRDefault="006C15A4">
      <w:r>
        <w:br w:type="page"/>
      </w:r>
    </w:p>
    <w:p w14:paraId="32F146FE" w14:textId="77777777" w:rsidR="00470132" w:rsidRDefault="00470132"/>
    <w:p w14:paraId="25123260" w14:textId="248C8AF1" w:rsidR="00A06B59" w:rsidRDefault="00000000">
      <w:pPr>
        <w:pStyle w:val="Heading1"/>
        <w:spacing w:before="200" w:after="140" w:line="252" w:lineRule="auto"/>
      </w:pPr>
      <w:r>
        <w:rPr>
          <w:sz w:val="30"/>
        </w:rPr>
        <w:t>2. Eden Suite with Attic</w:t>
      </w:r>
      <w:r w:rsidR="0081125A">
        <w:rPr>
          <w:sz w:val="30"/>
        </w:rPr>
        <w:t>/Loft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06B59" w14:paraId="62646175" w14:textId="77777777" w:rsidTr="00A06B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462341C6" w14:textId="77777777" w:rsidR="00A06B59" w:rsidRDefault="00000000">
            <w:pPr>
              <w:spacing w:after="40"/>
            </w:pPr>
            <w:r>
              <w:rPr>
                <w:sz w:val="17"/>
              </w:rPr>
              <w:t>Size</w:t>
            </w:r>
          </w:p>
        </w:tc>
        <w:tc>
          <w:tcPr>
            <w:tcW w:w="5184" w:type="dxa"/>
            <w:vAlign w:val="center"/>
          </w:tcPr>
          <w:p w14:paraId="519F2BE9" w14:textId="77777777" w:rsidR="00A06B59" w:rsidRDefault="00000000">
            <w:pPr>
              <w:spacing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43 sq m / 463 sq ft</w:t>
            </w:r>
          </w:p>
        </w:tc>
      </w:tr>
      <w:tr w:rsidR="00A06B59" w14:paraId="2603978D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3FFBC136" w14:textId="77777777" w:rsidR="00A06B59" w:rsidRDefault="00000000">
            <w:pPr>
              <w:spacing w:after="40"/>
            </w:pPr>
            <w:r>
              <w:rPr>
                <w:sz w:val="17"/>
              </w:rPr>
              <w:t>Rooms available</w:t>
            </w:r>
          </w:p>
        </w:tc>
        <w:tc>
          <w:tcPr>
            <w:tcW w:w="5184" w:type="dxa"/>
            <w:vAlign w:val="center"/>
          </w:tcPr>
          <w:p w14:paraId="38300A30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1 room</w:t>
            </w:r>
          </w:p>
        </w:tc>
      </w:tr>
      <w:tr w:rsidR="00A06B59" w14:paraId="5CB13B42" w14:textId="77777777" w:rsidTr="00A06B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72D9B3F7" w14:textId="77777777" w:rsidR="00A06B59" w:rsidRDefault="00000000">
            <w:pPr>
              <w:spacing w:after="40"/>
            </w:pPr>
            <w:r>
              <w:rPr>
                <w:sz w:val="17"/>
              </w:rPr>
              <w:t>SLEEPING ARRANGEMENT</w:t>
            </w:r>
          </w:p>
        </w:tc>
        <w:tc>
          <w:tcPr>
            <w:tcW w:w="5184" w:type="dxa"/>
            <w:vAlign w:val="center"/>
          </w:tcPr>
          <w:p w14:paraId="24DA1054" w14:textId="77777777" w:rsidR="00A06B59" w:rsidRDefault="0000000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1 bedroom with pull-out sofa + 2nd bedroom with full bed</w:t>
            </w:r>
          </w:p>
        </w:tc>
      </w:tr>
      <w:tr w:rsidR="00A06B59" w14:paraId="0EA64798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163B3D87" w14:textId="77777777" w:rsidR="00A06B59" w:rsidRDefault="00000000">
            <w:pPr>
              <w:spacing w:after="40"/>
            </w:pPr>
            <w:r>
              <w:rPr>
                <w:sz w:val="17"/>
              </w:rPr>
              <w:t>Layout / setup</w:t>
            </w:r>
          </w:p>
        </w:tc>
        <w:tc>
          <w:tcPr>
            <w:tcW w:w="5184" w:type="dxa"/>
            <w:vAlign w:val="center"/>
          </w:tcPr>
          <w:p w14:paraId="79B422C1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Two-level / attic layout. The second sleeping area is on the upper level.</w:t>
            </w:r>
          </w:p>
        </w:tc>
      </w:tr>
      <w:tr w:rsidR="00A06B59" w14:paraId="7F3036A0" w14:textId="77777777" w:rsidTr="00A06B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1C1540E7" w14:textId="77777777" w:rsidR="00A06B59" w:rsidRDefault="00000000">
            <w:pPr>
              <w:spacing w:after="40"/>
            </w:pPr>
            <w:r>
              <w:rPr>
                <w:sz w:val="17"/>
              </w:rPr>
              <w:t>Nightly rate</w:t>
            </w:r>
          </w:p>
        </w:tc>
        <w:tc>
          <w:tcPr>
            <w:tcW w:w="5184" w:type="dxa"/>
            <w:vAlign w:val="center"/>
          </w:tcPr>
          <w:p w14:paraId="7667979C" w14:textId="77777777" w:rsidR="00A06B59" w:rsidRDefault="0000000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2 persons: €430/night</w:t>
            </w:r>
            <w:r>
              <w:rPr>
                <w:sz w:val="17"/>
              </w:rPr>
              <w:br/>
              <w:t>3 persons: €480/night</w:t>
            </w:r>
            <w:r>
              <w:rPr>
                <w:sz w:val="17"/>
              </w:rPr>
              <w:br/>
              <w:t>4 persons: €520/night</w:t>
            </w:r>
          </w:p>
        </w:tc>
      </w:tr>
      <w:tr w:rsidR="00A06B59" w14:paraId="61F0C29E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77AC9B2C" w14:textId="77777777" w:rsidR="00A06B59" w:rsidRDefault="00000000">
            <w:pPr>
              <w:spacing w:after="40"/>
            </w:pPr>
            <w:r>
              <w:rPr>
                <w:sz w:val="17"/>
              </w:rPr>
              <w:t>Notes</w:t>
            </w:r>
          </w:p>
        </w:tc>
        <w:tc>
          <w:tcPr>
            <w:tcW w:w="5184" w:type="dxa"/>
            <w:vAlign w:val="center"/>
          </w:tcPr>
          <w:p w14:paraId="33C9DB59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The trip sheet identifies 1 room. Breakfast is included; rates are nightly and inclusive of taxes and fees.</w:t>
            </w:r>
          </w:p>
        </w:tc>
      </w:tr>
    </w:tbl>
    <w:p w14:paraId="6C6706B4" w14:textId="77777777" w:rsidR="00A06B59" w:rsidRDefault="00000000">
      <w:pPr>
        <w:spacing w:before="100" w:after="40" w:line="252" w:lineRule="auto"/>
        <w:jc w:val="center"/>
        <w:rPr>
          <w:b/>
        </w:rPr>
      </w:pPr>
      <w:r>
        <w:rPr>
          <w:b/>
        </w:rPr>
        <w:t>Complete floorplan</w:t>
      </w:r>
    </w:p>
    <w:p w14:paraId="47792964" w14:textId="77777777" w:rsidR="00C24B3C" w:rsidRDefault="00C24B3C">
      <w:pPr>
        <w:spacing w:after="80" w:line="252" w:lineRule="auto"/>
        <w:jc w:val="center"/>
      </w:pPr>
      <w:hyperlink r:id="rId11">
        <w:r>
          <w:rPr>
            <w:color w:val="0563C1"/>
            <w:u w:val="single"/>
          </w:rPr>
          <w:t>https://www.pargabeachresort.gr/rooms/eden-suite-with-attic/</w:t>
        </w:r>
      </w:hyperlink>
    </w:p>
    <w:p w14:paraId="0E35C0DD" w14:textId="77777777" w:rsidR="00A06B59" w:rsidRDefault="009D5DB7">
      <w:pPr>
        <w:spacing w:after="60" w:line="252" w:lineRule="auto"/>
        <w:jc w:val="center"/>
      </w:pPr>
      <w:r w:rsidRPr="009D5DB7">
        <w:rPr>
          <w:noProof/>
        </w:rPr>
        <w:drawing>
          <wp:inline distT="0" distB="0" distL="0" distR="0" wp14:anchorId="3C00DFD5" wp14:editId="7B26D757">
            <wp:extent cx="5346700" cy="4533900"/>
            <wp:effectExtent l="0" t="0" r="0" b="0"/>
            <wp:docPr id="1398038759" name="Picture 1" descr="A floor plan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038759" name="Picture 1" descr="A floor plan of a house&#10;&#10;Description automatically generated"/>
                    <pic:cNvPicPr/>
                  </pic:nvPicPr>
                  <pic:blipFill rotWithShape="1">
                    <a:blip r:embed="rId12"/>
                    <a:srcRect t="5852" b="3308"/>
                    <a:stretch/>
                  </pic:blipFill>
                  <pic:spPr bwMode="auto">
                    <a:xfrm>
                      <a:off x="0" y="0"/>
                      <a:ext cx="5346700" cy="453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34A877" w14:textId="77777777" w:rsidR="00470132" w:rsidRDefault="00470132">
      <w:pPr>
        <w:pBdr>
          <w:bottom w:val="single" w:sz="14" w:space="1" w:color="707070"/>
        </w:pBdr>
        <w:spacing w:before="100" w:after="120" w:line="240" w:lineRule="auto"/>
      </w:pPr>
    </w:p>
    <w:p w14:paraId="622FB053" w14:textId="42FB4A98" w:rsidR="006C15A4" w:rsidRDefault="006C15A4">
      <w:r>
        <w:br w:type="page"/>
      </w:r>
    </w:p>
    <w:p w14:paraId="3D697127" w14:textId="77777777" w:rsidR="00470132" w:rsidRDefault="00470132"/>
    <w:p w14:paraId="5A8C4AD9" w14:textId="77777777" w:rsidR="00A06B59" w:rsidRDefault="00000000">
      <w:pPr>
        <w:pStyle w:val="Heading1"/>
        <w:spacing w:before="200" w:after="140" w:line="252" w:lineRule="auto"/>
      </w:pPr>
      <w:r>
        <w:rPr>
          <w:sz w:val="30"/>
        </w:rPr>
        <w:t>3. Aura Suite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06B59" w14:paraId="42A54B2F" w14:textId="77777777" w:rsidTr="00A06B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532059D9" w14:textId="77777777" w:rsidR="00A06B59" w:rsidRDefault="00000000">
            <w:pPr>
              <w:spacing w:after="40"/>
            </w:pPr>
            <w:r>
              <w:rPr>
                <w:sz w:val="17"/>
              </w:rPr>
              <w:t>Size</w:t>
            </w:r>
          </w:p>
        </w:tc>
        <w:tc>
          <w:tcPr>
            <w:tcW w:w="5184" w:type="dxa"/>
            <w:vAlign w:val="center"/>
          </w:tcPr>
          <w:p w14:paraId="1B23ACB5" w14:textId="77777777" w:rsidR="00A06B59" w:rsidRDefault="00000000">
            <w:pPr>
              <w:spacing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40 sq m / 430 sq ft</w:t>
            </w:r>
          </w:p>
        </w:tc>
      </w:tr>
      <w:tr w:rsidR="00A06B59" w14:paraId="28D5F4CE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5A422316" w14:textId="77777777" w:rsidR="00A06B59" w:rsidRDefault="00000000">
            <w:pPr>
              <w:spacing w:after="40"/>
            </w:pPr>
            <w:r>
              <w:rPr>
                <w:sz w:val="17"/>
              </w:rPr>
              <w:t>Rooms available</w:t>
            </w:r>
          </w:p>
        </w:tc>
        <w:tc>
          <w:tcPr>
            <w:tcW w:w="5184" w:type="dxa"/>
            <w:vAlign w:val="center"/>
          </w:tcPr>
          <w:p w14:paraId="3648FB1A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1 room</w:t>
            </w:r>
          </w:p>
        </w:tc>
      </w:tr>
      <w:tr w:rsidR="00A06B59" w14:paraId="359E2CAB" w14:textId="77777777" w:rsidTr="00A06B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331D4CF1" w14:textId="77777777" w:rsidR="00A06B59" w:rsidRDefault="00000000">
            <w:pPr>
              <w:spacing w:after="40"/>
            </w:pPr>
            <w:r>
              <w:rPr>
                <w:sz w:val="17"/>
              </w:rPr>
              <w:t>SLEEPING ARRANGEMENT</w:t>
            </w:r>
          </w:p>
        </w:tc>
        <w:tc>
          <w:tcPr>
            <w:tcW w:w="5184" w:type="dxa"/>
            <w:vAlign w:val="center"/>
          </w:tcPr>
          <w:p w14:paraId="061D85AF" w14:textId="77777777" w:rsidR="00A06B59" w:rsidRDefault="0000000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1 bedroom + living room with pull-out sofa</w:t>
            </w:r>
          </w:p>
        </w:tc>
      </w:tr>
      <w:tr w:rsidR="00A06B59" w14:paraId="464CEAD0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10246867" w14:textId="77777777" w:rsidR="00A06B59" w:rsidRDefault="00000000">
            <w:pPr>
              <w:spacing w:after="40"/>
            </w:pPr>
            <w:r>
              <w:rPr>
                <w:sz w:val="17"/>
              </w:rPr>
              <w:t>Layout / setup</w:t>
            </w:r>
          </w:p>
        </w:tc>
        <w:tc>
          <w:tcPr>
            <w:tcW w:w="5184" w:type="dxa"/>
            <w:vAlign w:val="center"/>
          </w:tcPr>
          <w:p w14:paraId="5FC5E772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One-level suite with separate bedroom and living room.</w:t>
            </w:r>
          </w:p>
        </w:tc>
      </w:tr>
      <w:tr w:rsidR="00A06B59" w14:paraId="08A483AF" w14:textId="77777777" w:rsidTr="00A06B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0FD904B5" w14:textId="77777777" w:rsidR="00A06B59" w:rsidRDefault="00000000">
            <w:pPr>
              <w:spacing w:after="40"/>
            </w:pPr>
            <w:r>
              <w:rPr>
                <w:sz w:val="17"/>
              </w:rPr>
              <w:t>Nightly rate</w:t>
            </w:r>
          </w:p>
        </w:tc>
        <w:tc>
          <w:tcPr>
            <w:tcW w:w="5184" w:type="dxa"/>
            <w:vAlign w:val="center"/>
          </w:tcPr>
          <w:p w14:paraId="139650C0" w14:textId="77777777" w:rsidR="00A06B59" w:rsidRDefault="0000000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2 persons: €440/night</w:t>
            </w:r>
            <w:r>
              <w:rPr>
                <w:sz w:val="17"/>
              </w:rPr>
              <w:br/>
              <w:t>3 persons: €490/night</w:t>
            </w:r>
            <w:r>
              <w:rPr>
                <w:sz w:val="17"/>
              </w:rPr>
              <w:br/>
              <w:t>4 persons: €530/night</w:t>
            </w:r>
          </w:p>
        </w:tc>
      </w:tr>
      <w:tr w:rsidR="00A06B59" w14:paraId="6B580ABA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2A5C9150" w14:textId="77777777" w:rsidR="00A06B59" w:rsidRDefault="00000000">
            <w:pPr>
              <w:spacing w:after="40"/>
            </w:pPr>
            <w:r>
              <w:rPr>
                <w:sz w:val="17"/>
              </w:rPr>
              <w:t>Notes</w:t>
            </w:r>
          </w:p>
        </w:tc>
        <w:tc>
          <w:tcPr>
            <w:tcW w:w="5184" w:type="dxa"/>
            <w:vAlign w:val="center"/>
          </w:tcPr>
          <w:p w14:paraId="3C3F8181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The trip sheet identifies 1 room. Breakfast is included; rates are nightly and inclusive of taxes and fees.</w:t>
            </w:r>
          </w:p>
        </w:tc>
      </w:tr>
    </w:tbl>
    <w:p w14:paraId="2BA06BBF" w14:textId="77777777" w:rsidR="00A06B59" w:rsidRDefault="00000000">
      <w:pPr>
        <w:spacing w:before="100" w:after="40" w:line="252" w:lineRule="auto"/>
        <w:jc w:val="center"/>
      </w:pPr>
      <w:r>
        <w:rPr>
          <w:b/>
        </w:rPr>
        <w:t>Complete floorplan</w:t>
      </w:r>
    </w:p>
    <w:p w14:paraId="445240B3" w14:textId="77777777" w:rsidR="00A06B59" w:rsidRDefault="00EA254E">
      <w:pPr>
        <w:spacing w:after="80" w:line="252" w:lineRule="auto"/>
        <w:jc w:val="center"/>
      </w:pPr>
      <w:hyperlink r:id="rId13" w:history="1">
        <w:r w:rsidRPr="00B67562">
          <w:rPr>
            <w:rStyle w:val="Hyperlink"/>
            <w:color w:val="0563C1"/>
          </w:rPr>
          <w:t>https://www.pargabeachresort.gr/rooms/aura-suite/</w:t>
        </w:r>
      </w:hyperlink>
      <w:hyperlink r:id="rId14">
        <w:r>
          <w:rPr>
            <w:color w:val="0563C1"/>
            <w:u w:val="single"/>
          </w:rPr>
          <w:t>https://www.pargabeachresort.gr/rooms/aura-suite/</w:t>
        </w:r>
      </w:hyperlink>
    </w:p>
    <w:p w14:paraId="2288E35A" w14:textId="77777777" w:rsidR="00EA254E" w:rsidRDefault="00EA254E">
      <w:pPr>
        <w:spacing w:after="60" w:line="252" w:lineRule="auto"/>
        <w:jc w:val="center"/>
      </w:pPr>
      <w:r w:rsidRPr="00EA254E">
        <w:rPr>
          <w:noProof/>
        </w:rPr>
        <w:drawing>
          <wp:inline distT="0" distB="0" distL="0" distR="0" wp14:anchorId="2862DA46" wp14:editId="631F2E8B">
            <wp:extent cx="6667500" cy="2387600"/>
            <wp:effectExtent l="0" t="0" r="0" b="0"/>
            <wp:docPr id="1362026434" name="Picture 1" descr="A floor plan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026434" name="Picture 1" descr="A floor plan of a house&#10;&#10;Description automatically generated"/>
                    <pic:cNvPicPr/>
                  </pic:nvPicPr>
                  <pic:blipFill rotWithShape="1">
                    <a:blip r:embed="rId15"/>
                    <a:srcRect l="1" t="19537" r="-1274" b="8447"/>
                    <a:stretch/>
                  </pic:blipFill>
                  <pic:spPr bwMode="auto">
                    <a:xfrm>
                      <a:off x="0" y="0"/>
                      <a:ext cx="6667500" cy="2387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86C2BE" w14:textId="77777777" w:rsidR="00470132" w:rsidRDefault="00470132">
      <w:pPr>
        <w:pBdr>
          <w:bottom w:val="single" w:sz="14" w:space="1" w:color="707070"/>
        </w:pBdr>
        <w:spacing w:before="100" w:after="120" w:line="240" w:lineRule="auto"/>
      </w:pPr>
    </w:p>
    <w:p w14:paraId="64E9E510" w14:textId="1126A708" w:rsidR="006C15A4" w:rsidRDefault="006C15A4">
      <w:r>
        <w:br w:type="page"/>
      </w:r>
    </w:p>
    <w:p w14:paraId="12E2AAC9" w14:textId="77777777" w:rsidR="00470132" w:rsidRDefault="00470132"/>
    <w:p w14:paraId="7C05822E" w14:textId="77777777" w:rsidR="00A06B59" w:rsidRDefault="00000000">
      <w:pPr>
        <w:pStyle w:val="Heading1"/>
        <w:spacing w:before="200" w:after="140" w:line="240" w:lineRule="auto"/>
      </w:pPr>
      <w:r>
        <w:rPr>
          <w:sz w:val="30"/>
        </w:rPr>
        <w:t>4. Aura Suite with Private Pool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06B59" w14:paraId="33B13663" w14:textId="77777777" w:rsidTr="00A06B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7A602A13" w14:textId="77777777" w:rsidR="00A06B59" w:rsidRDefault="00000000">
            <w:pPr>
              <w:spacing w:after="40"/>
            </w:pPr>
            <w:r>
              <w:rPr>
                <w:sz w:val="17"/>
              </w:rPr>
              <w:t>Size</w:t>
            </w:r>
          </w:p>
        </w:tc>
        <w:tc>
          <w:tcPr>
            <w:tcW w:w="5184" w:type="dxa"/>
            <w:vAlign w:val="center"/>
          </w:tcPr>
          <w:p w14:paraId="563B1569" w14:textId="77777777" w:rsidR="00A06B59" w:rsidRDefault="00000000">
            <w:pPr>
              <w:spacing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40 sq m / 430 sq ft</w:t>
            </w:r>
          </w:p>
        </w:tc>
      </w:tr>
      <w:tr w:rsidR="00A06B59" w14:paraId="52E9ACE6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30803441" w14:textId="77777777" w:rsidR="00A06B59" w:rsidRDefault="00000000">
            <w:pPr>
              <w:spacing w:after="40"/>
            </w:pPr>
            <w:r>
              <w:rPr>
                <w:sz w:val="17"/>
              </w:rPr>
              <w:t>Rooms available</w:t>
            </w:r>
          </w:p>
        </w:tc>
        <w:tc>
          <w:tcPr>
            <w:tcW w:w="5184" w:type="dxa"/>
            <w:vAlign w:val="center"/>
          </w:tcPr>
          <w:p w14:paraId="4161759C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7 rooms</w:t>
            </w:r>
          </w:p>
        </w:tc>
      </w:tr>
      <w:tr w:rsidR="00A06B59" w14:paraId="3D14259F" w14:textId="77777777" w:rsidTr="00A06B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699ADB7A" w14:textId="77777777" w:rsidR="00A06B59" w:rsidRDefault="00000000">
            <w:pPr>
              <w:spacing w:after="40"/>
            </w:pPr>
            <w:r>
              <w:rPr>
                <w:sz w:val="17"/>
              </w:rPr>
              <w:t>SLEEPING ARRANGEMENT</w:t>
            </w:r>
          </w:p>
        </w:tc>
        <w:tc>
          <w:tcPr>
            <w:tcW w:w="5184" w:type="dxa"/>
            <w:vAlign w:val="center"/>
          </w:tcPr>
          <w:p w14:paraId="74E2D50C" w14:textId="77777777" w:rsidR="00A06B59" w:rsidRDefault="0000000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1 bedroom + living room with pull-out sofa</w:t>
            </w:r>
          </w:p>
        </w:tc>
      </w:tr>
      <w:tr w:rsidR="00A06B59" w14:paraId="2987D3D0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48F40CC5" w14:textId="77777777" w:rsidR="00A06B59" w:rsidRDefault="00000000">
            <w:pPr>
              <w:spacing w:after="40"/>
            </w:pPr>
            <w:r>
              <w:rPr>
                <w:sz w:val="17"/>
              </w:rPr>
              <w:t>Layout / setup</w:t>
            </w:r>
          </w:p>
        </w:tc>
        <w:tc>
          <w:tcPr>
            <w:tcW w:w="5184" w:type="dxa"/>
            <w:vAlign w:val="center"/>
          </w:tcPr>
          <w:p w14:paraId="559AAA65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One-level suite with private pool.</w:t>
            </w:r>
          </w:p>
        </w:tc>
      </w:tr>
      <w:tr w:rsidR="00A06B59" w14:paraId="456F2DD8" w14:textId="77777777" w:rsidTr="00A06B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5AD59459" w14:textId="77777777" w:rsidR="00A06B59" w:rsidRDefault="00000000">
            <w:pPr>
              <w:spacing w:after="40"/>
            </w:pPr>
            <w:r>
              <w:rPr>
                <w:sz w:val="17"/>
              </w:rPr>
              <w:t>Nightly rate</w:t>
            </w:r>
          </w:p>
        </w:tc>
        <w:tc>
          <w:tcPr>
            <w:tcW w:w="5184" w:type="dxa"/>
            <w:vAlign w:val="center"/>
          </w:tcPr>
          <w:p w14:paraId="4EA9069A" w14:textId="77777777" w:rsidR="00A06B59" w:rsidRDefault="0000000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2 persons: €520/night</w:t>
            </w:r>
            <w:r>
              <w:rPr>
                <w:sz w:val="17"/>
              </w:rPr>
              <w:br/>
              <w:t>3 persons: €570/night</w:t>
            </w:r>
            <w:r>
              <w:rPr>
                <w:sz w:val="17"/>
              </w:rPr>
              <w:br/>
              <w:t>4 persons: €600/night</w:t>
            </w:r>
          </w:p>
        </w:tc>
      </w:tr>
      <w:tr w:rsidR="00A06B59" w14:paraId="6C904F64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553E8086" w14:textId="77777777" w:rsidR="00A06B59" w:rsidRDefault="00000000">
            <w:pPr>
              <w:spacing w:after="40"/>
            </w:pPr>
            <w:r>
              <w:rPr>
                <w:sz w:val="17"/>
              </w:rPr>
              <w:t>Notes</w:t>
            </w:r>
          </w:p>
        </w:tc>
        <w:tc>
          <w:tcPr>
            <w:tcW w:w="5184" w:type="dxa"/>
            <w:vAlign w:val="center"/>
          </w:tcPr>
          <w:p w14:paraId="59D57257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The trip sheet identifies 7 rooms. Breakfast is included; rates are nightly and inclusive of taxes and fees.</w:t>
            </w:r>
          </w:p>
        </w:tc>
      </w:tr>
    </w:tbl>
    <w:p w14:paraId="77429CB8" w14:textId="77777777" w:rsidR="00A06B59" w:rsidRDefault="00000000">
      <w:pPr>
        <w:spacing w:before="100" w:after="40" w:line="252" w:lineRule="auto"/>
        <w:jc w:val="center"/>
      </w:pPr>
      <w:r>
        <w:rPr>
          <w:b/>
        </w:rPr>
        <w:t>Complete floorplan</w:t>
      </w:r>
    </w:p>
    <w:p w14:paraId="5183468A" w14:textId="77777777" w:rsidR="00A06B59" w:rsidRDefault="00A22490">
      <w:pPr>
        <w:spacing w:after="80" w:line="252" w:lineRule="auto"/>
        <w:jc w:val="center"/>
      </w:pPr>
      <w:hyperlink r:id="rId16" w:history="1">
        <w:r w:rsidRPr="00B67562">
          <w:rPr>
            <w:rStyle w:val="Hyperlink"/>
            <w:color w:val="0563C1"/>
          </w:rPr>
          <w:t>https://www.pargabeachresort.gr/rooms/aura-suite-with-private-pool/</w:t>
        </w:r>
      </w:hyperlink>
      <w:hyperlink r:id="rId17">
        <w:r>
          <w:rPr>
            <w:color w:val="0563C1"/>
            <w:u w:val="single"/>
          </w:rPr>
          <w:t>https://www.pargabeachresort.gr/rooms/aura-suite-with-private-pool/</w:t>
        </w:r>
      </w:hyperlink>
    </w:p>
    <w:p w14:paraId="3435F42D" w14:textId="77777777" w:rsidR="00A22490" w:rsidRDefault="00A22490">
      <w:pPr>
        <w:spacing w:after="60" w:line="252" w:lineRule="auto"/>
        <w:jc w:val="center"/>
      </w:pPr>
      <w:r w:rsidRPr="00A22490">
        <w:rPr>
          <w:noProof/>
        </w:rPr>
        <w:drawing>
          <wp:inline distT="0" distB="0" distL="0" distR="0" wp14:anchorId="3F57B8C6" wp14:editId="7FDB6A38">
            <wp:extent cx="6583680" cy="2402205"/>
            <wp:effectExtent l="0" t="0" r="0" b="0"/>
            <wp:docPr id="776193742" name="Picture 1" descr="A floor plan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193742" name="Picture 1" descr="A floor plan of a house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240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5263C" w14:textId="77777777" w:rsidR="00470132" w:rsidRDefault="00470132">
      <w:pPr>
        <w:pBdr>
          <w:bottom w:val="single" w:sz="14" w:space="1" w:color="707070"/>
        </w:pBdr>
        <w:spacing w:before="100" w:after="120" w:line="240" w:lineRule="auto"/>
      </w:pPr>
    </w:p>
    <w:p w14:paraId="35F89501" w14:textId="1CBEA26F" w:rsidR="006C15A4" w:rsidRDefault="006C15A4">
      <w:r>
        <w:br w:type="page"/>
      </w:r>
    </w:p>
    <w:p w14:paraId="586A45C1" w14:textId="77777777" w:rsidR="00470132" w:rsidRDefault="00470132"/>
    <w:p w14:paraId="1C790C99" w14:textId="77777777" w:rsidR="00A06B59" w:rsidRDefault="00000000">
      <w:pPr>
        <w:pStyle w:val="Heading1"/>
        <w:spacing w:before="200" w:after="140" w:line="240" w:lineRule="auto"/>
      </w:pPr>
      <w:r>
        <w:t xml:space="preserve">5. Penthouse Bliss Suite with </w:t>
      </w:r>
      <w:r w:rsidR="007E2E7E">
        <w:t>Plunge Pool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06B59" w14:paraId="495D59DB" w14:textId="77777777" w:rsidTr="00A06B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6AE51D20" w14:textId="77777777" w:rsidR="00A06B59" w:rsidRDefault="00000000">
            <w:pPr>
              <w:spacing w:after="40"/>
            </w:pPr>
            <w:r>
              <w:rPr>
                <w:sz w:val="17"/>
              </w:rPr>
              <w:t>Size</w:t>
            </w:r>
          </w:p>
        </w:tc>
        <w:tc>
          <w:tcPr>
            <w:tcW w:w="5184" w:type="dxa"/>
            <w:vAlign w:val="center"/>
          </w:tcPr>
          <w:p w14:paraId="729B42C4" w14:textId="77777777" w:rsidR="00A06B59" w:rsidRDefault="00000000">
            <w:pPr>
              <w:spacing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57 sq m / 484 sq ft</w:t>
            </w:r>
          </w:p>
        </w:tc>
      </w:tr>
      <w:tr w:rsidR="00A06B59" w14:paraId="45A185BD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1D4CFBC1" w14:textId="77777777" w:rsidR="00A06B59" w:rsidRDefault="00000000">
            <w:pPr>
              <w:spacing w:after="40"/>
            </w:pPr>
            <w:r>
              <w:rPr>
                <w:sz w:val="17"/>
              </w:rPr>
              <w:t>Rooms available</w:t>
            </w:r>
          </w:p>
        </w:tc>
        <w:tc>
          <w:tcPr>
            <w:tcW w:w="5184" w:type="dxa"/>
            <w:vAlign w:val="center"/>
          </w:tcPr>
          <w:p w14:paraId="2D62E2BF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2 rooms</w:t>
            </w:r>
          </w:p>
        </w:tc>
      </w:tr>
      <w:tr w:rsidR="00A06B59" w14:paraId="2C80073D" w14:textId="77777777" w:rsidTr="00A06B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60948105" w14:textId="77777777" w:rsidR="00A06B59" w:rsidRDefault="00000000">
            <w:pPr>
              <w:spacing w:after="40"/>
            </w:pPr>
            <w:r>
              <w:rPr>
                <w:sz w:val="17"/>
              </w:rPr>
              <w:t>SLEEPING ARRANGEMENT</w:t>
            </w:r>
          </w:p>
        </w:tc>
        <w:tc>
          <w:tcPr>
            <w:tcW w:w="5184" w:type="dxa"/>
            <w:vAlign w:val="center"/>
          </w:tcPr>
          <w:p w14:paraId="3C268318" w14:textId="77777777" w:rsidR="00A06B59" w:rsidRDefault="0000000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2 bedroom areas + 2 baths; the second bedroom area has two twin beds</w:t>
            </w:r>
          </w:p>
        </w:tc>
      </w:tr>
      <w:tr w:rsidR="00A06B59" w14:paraId="6AC46D1B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46A268A1" w14:textId="77777777" w:rsidR="00A06B59" w:rsidRDefault="00000000">
            <w:pPr>
              <w:spacing w:after="40"/>
            </w:pPr>
            <w:r>
              <w:rPr>
                <w:sz w:val="17"/>
              </w:rPr>
              <w:t>Layout / setup</w:t>
            </w:r>
          </w:p>
        </w:tc>
        <w:tc>
          <w:tcPr>
            <w:tcW w:w="5184" w:type="dxa"/>
            <w:vAlign w:val="center"/>
          </w:tcPr>
          <w:p w14:paraId="5F94CE8A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Two-floor suite. The second bedroom area with two twin beds is on the upper/second-floor sleeping level.</w:t>
            </w:r>
          </w:p>
        </w:tc>
      </w:tr>
      <w:tr w:rsidR="00A06B59" w14:paraId="0FDFE26D" w14:textId="77777777" w:rsidTr="00A06B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0C9A9102" w14:textId="77777777" w:rsidR="00A06B59" w:rsidRDefault="00000000">
            <w:pPr>
              <w:spacing w:after="40"/>
            </w:pPr>
            <w:r>
              <w:rPr>
                <w:sz w:val="17"/>
              </w:rPr>
              <w:t>Nightly rate</w:t>
            </w:r>
          </w:p>
        </w:tc>
        <w:tc>
          <w:tcPr>
            <w:tcW w:w="5184" w:type="dxa"/>
            <w:vAlign w:val="center"/>
          </w:tcPr>
          <w:p w14:paraId="20B9B84B" w14:textId="77777777" w:rsidR="00A06B59" w:rsidRDefault="0000000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Up to 4 persons: €650/night</w:t>
            </w:r>
            <w:r>
              <w:rPr>
                <w:sz w:val="17"/>
              </w:rPr>
              <w:br/>
              <w:t>Up to 5 persons: €700/night</w:t>
            </w:r>
          </w:p>
        </w:tc>
      </w:tr>
      <w:tr w:rsidR="00A06B59" w14:paraId="021724C4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1AFE2686" w14:textId="77777777" w:rsidR="00A06B59" w:rsidRDefault="00000000">
            <w:pPr>
              <w:spacing w:after="40"/>
            </w:pPr>
            <w:r>
              <w:rPr>
                <w:sz w:val="17"/>
              </w:rPr>
              <w:t>Notes</w:t>
            </w:r>
          </w:p>
        </w:tc>
        <w:tc>
          <w:tcPr>
            <w:tcW w:w="5184" w:type="dxa"/>
            <w:vAlign w:val="center"/>
          </w:tcPr>
          <w:p w14:paraId="23189BA1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This corrects the earlier version: the second bedroom area is a genuine sleeping area with two twin beds. The supplied trip sheet calls the outdoor feature an outdoor outdoor hot tub.</w:t>
            </w:r>
          </w:p>
        </w:tc>
      </w:tr>
    </w:tbl>
    <w:p w14:paraId="4CEA2C4C" w14:textId="77777777" w:rsidR="00A06B59" w:rsidRDefault="00000000">
      <w:pPr>
        <w:spacing w:before="100" w:after="40" w:line="252" w:lineRule="auto"/>
        <w:jc w:val="center"/>
        <w:rPr>
          <w:b/>
        </w:rPr>
      </w:pPr>
      <w:r>
        <w:rPr>
          <w:b/>
        </w:rPr>
        <w:t>Complete floorplan</w:t>
      </w:r>
    </w:p>
    <w:p w14:paraId="4EB2492F" w14:textId="77777777" w:rsidR="007E2E7E" w:rsidRDefault="007E2E7E">
      <w:pPr>
        <w:spacing w:after="80" w:line="252" w:lineRule="auto"/>
        <w:jc w:val="center"/>
        <w:rPr>
          <w:b/>
        </w:rPr>
      </w:pPr>
      <w:hyperlink r:id="rId19">
        <w:r>
          <w:rPr>
            <w:color w:val="0563C1"/>
            <w:u w:val="single"/>
          </w:rPr>
          <w:t>https://www.pargabeachresort.gr/rooms/penthouse-bliss-suite-with-plunge-pool/</w:t>
        </w:r>
      </w:hyperlink>
    </w:p>
    <w:p w14:paraId="28AE7E4C" w14:textId="77777777" w:rsidR="00832D67" w:rsidRDefault="00832D67">
      <w:pPr>
        <w:spacing w:after="60" w:line="252" w:lineRule="auto"/>
        <w:jc w:val="center"/>
      </w:pPr>
      <w:r w:rsidRPr="00832D67">
        <w:rPr>
          <w:noProof/>
        </w:rPr>
        <w:drawing>
          <wp:inline distT="0" distB="0" distL="0" distR="0" wp14:anchorId="7A143F05" wp14:editId="39DB62F5">
            <wp:extent cx="4533900" cy="4686517"/>
            <wp:effectExtent l="0" t="0" r="0" b="0"/>
            <wp:docPr id="934686830" name="Picture 1" descr="A floor plan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686830" name="Picture 1" descr="A floor plan of a house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545839" cy="4698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FE481" w14:textId="77777777" w:rsidR="00470132" w:rsidRDefault="00470132">
      <w:pPr>
        <w:pBdr>
          <w:bottom w:val="single" w:sz="14" w:space="1" w:color="707070"/>
        </w:pBdr>
        <w:spacing w:before="100" w:after="120" w:line="240" w:lineRule="auto"/>
      </w:pPr>
    </w:p>
    <w:p w14:paraId="4D5DF9DC" w14:textId="0002D742" w:rsidR="006C15A4" w:rsidRDefault="006C15A4">
      <w:r>
        <w:br w:type="page"/>
      </w:r>
    </w:p>
    <w:p w14:paraId="08089FCD" w14:textId="77777777" w:rsidR="00470132" w:rsidRDefault="00470132"/>
    <w:p w14:paraId="29475453" w14:textId="77777777" w:rsidR="00A06B59" w:rsidRDefault="00000000">
      <w:pPr>
        <w:pStyle w:val="Heading1"/>
        <w:spacing w:before="200" w:after="140" w:line="240" w:lineRule="auto"/>
      </w:pPr>
      <w:r>
        <w:t>6. Beachfront Panorama Suite with Jet Tub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06B59" w14:paraId="1F87AA1D" w14:textId="77777777" w:rsidTr="00A06B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307AC11B" w14:textId="77777777" w:rsidR="00A06B59" w:rsidRDefault="00000000">
            <w:pPr>
              <w:spacing w:after="40"/>
            </w:pPr>
            <w:r>
              <w:rPr>
                <w:sz w:val="17"/>
              </w:rPr>
              <w:t>Size</w:t>
            </w:r>
          </w:p>
        </w:tc>
        <w:tc>
          <w:tcPr>
            <w:tcW w:w="5184" w:type="dxa"/>
            <w:vAlign w:val="center"/>
          </w:tcPr>
          <w:p w14:paraId="704EF130" w14:textId="77777777" w:rsidR="00A06B59" w:rsidRDefault="00000000">
            <w:pPr>
              <w:spacing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45 sq m / 485 sq ft</w:t>
            </w:r>
          </w:p>
        </w:tc>
      </w:tr>
      <w:tr w:rsidR="00A06B59" w14:paraId="3888A723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3295CEC3" w14:textId="77777777" w:rsidR="00A06B59" w:rsidRDefault="00000000">
            <w:pPr>
              <w:spacing w:after="40"/>
            </w:pPr>
            <w:r>
              <w:rPr>
                <w:sz w:val="17"/>
              </w:rPr>
              <w:t>Rooms available</w:t>
            </w:r>
          </w:p>
        </w:tc>
        <w:tc>
          <w:tcPr>
            <w:tcW w:w="5184" w:type="dxa"/>
            <w:vAlign w:val="center"/>
          </w:tcPr>
          <w:p w14:paraId="3829D978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4 rooms</w:t>
            </w:r>
          </w:p>
        </w:tc>
      </w:tr>
      <w:tr w:rsidR="00A06B59" w14:paraId="525E7EEC" w14:textId="77777777" w:rsidTr="00A06B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6D80BBAF" w14:textId="77777777" w:rsidR="00A06B59" w:rsidRDefault="00000000">
            <w:pPr>
              <w:spacing w:after="40"/>
            </w:pPr>
            <w:r>
              <w:rPr>
                <w:sz w:val="17"/>
              </w:rPr>
              <w:t>SLEEPING ARRANGEMENT</w:t>
            </w:r>
          </w:p>
        </w:tc>
        <w:tc>
          <w:tcPr>
            <w:tcW w:w="5184" w:type="dxa"/>
            <w:vAlign w:val="center"/>
          </w:tcPr>
          <w:p w14:paraId="7EAD1DD5" w14:textId="77777777" w:rsidR="00A06B59" w:rsidRDefault="0000000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1 bedroom space + living room with pull-out sofa</w:t>
            </w:r>
          </w:p>
        </w:tc>
      </w:tr>
      <w:tr w:rsidR="00A06B59" w14:paraId="05529063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0E37F808" w14:textId="77777777" w:rsidR="00A06B59" w:rsidRDefault="00000000">
            <w:pPr>
              <w:spacing w:after="40"/>
            </w:pPr>
            <w:r>
              <w:rPr>
                <w:sz w:val="17"/>
              </w:rPr>
              <w:t>Layout / setup</w:t>
            </w:r>
          </w:p>
        </w:tc>
        <w:tc>
          <w:tcPr>
            <w:tcW w:w="5184" w:type="dxa"/>
            <w:vAlign w:val="center"/>
          </w:tcPr>
          <w:p w14:paraId="14330BA6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Beachfront suite with separate bedroom space and living room.</w:t>
            </w:r>
          </w:p>
        </w:tc>
      </w:tr>
      <w:tr w:rsidR="00A06B59" w14:paraId="64C45304" w14:textId="77777777" w:rsidTr="00A06B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4B79D877" w14:textId="77777777" w:rsidR="00A06B59" w:rsidRDefault="00000000">
            <w:pPr>
              <w:spacing w:after="40"/>
            </w:pPr>
            <w:r>
              <w:rPr>
                <w:sz w:val="17"/>
              </w:rPr>
              <w:t>Nightly rate</w:t>
            </w:r>
          </w:p>
        </w:tc>
        <w:tc>
          <w:tcPr>
            <w:tcW w:w="5184" w:type="dxa"/>
            <w:vAlign w:val="center"/>
          </w:tcPr>
          <w:p w14:paraId="1C723768" w14:textId="77777777" w:rsidR="00A06B59" w:rsidRDefault="0000000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Up to 4 persons: €900/night</w:t>
            </w:r>
          </w:p>
        </w:tc>
      </w:tr>
      <w:tr w:rsidR="00A06B59" w14:paraId="0775D8D7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5AB1B02B" w14:textId="77777777" w:rsidR="00A06B59" w:rsidRDefault="00000000">
            <w:pPr>
              <w:spacing w:after="40"/>
            </w:pPr>
            <w:r>
              <w:rPr>
                <w:sz w:val="17"/>
              </w:rPr>
              <w:t>Notes</w:t>
            </w:r>
          </w:p>
        </w:tc>
        <w:tc>
          <w:tcPr>
            <w:tcW w:w="5184" w:type="dxa"/>
            <w:vAlign w:val="center"/>
          </w:tcPr>
          <w:p w14:paraId="6DC05B27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The handwritten trip note specifies 2 adults + 2 children for the 4-person option. Breakfast is included; rates are nightly and inclusive of taxes and fees.</w:t>
            </w:r>
          </w:p>
        </w:tc>
      </w:tr>
    </w:tbl>
    <w:p w14:paraId="4F0C5259" w14:textId="77777777" w:rsidR="00A06B59" w:rsidRDefault="00000000">
      <w:pPr>
        <w:spacing w:before="100" w:after="40" w:line="252" w:lineRule="auto"/>
        <w:jc w:val="center"/>
        <w:rPr>
          <w:b/>
        </w:rPr>
      </w:pPr>
      <w:r>
        <w:rPr>
          <w:b/>
        </w:rPr>
        <w:t>Complete floorplan</w:t>
      </w:r>
    </w:p>
    <w:p w14:paraId="26BFFA8C" w14:textId="77777777" w:rsidR="009144E4" w:rsidRDefault="009144E4">
      <w:pPr>
        <w:spacing w:after="80" w:line="252" w:lineRule="auto"/>
        <w:jc w:val="center"/>
      </w:pPr>
      <w:hyperlink r:id="rId21">
        <w:r>
          <w:rPr>
            <w:color w:val="0563C1"/>
            <w:u w:val="single"/>
          </w:rPr>
          <w:t>https://www.pargabeachresort.gr/rooms/beachfront-panorama-suite-with-jet-tub/</w:t>
        </w:r>
      </w:hyperlink>
    </w:p>
    <w:p w14:paraId="2DFB9B03" w14:textId="77777777" w:rsidR="00A06B59" w:rsidRDefault="004032D0">
      <w:pPr>
        <w:spacing w:after="60" w:line="252" w:lineRule="auto"/>
        <w:jc w:val="center"/>
      </w:pPr>
      <w:r w:rsidRPr="004032D0">
        <w:rPr>
          <w:noProof/>
        </w:rPr>
        <w:drawing>
          <wp:inline distT="0" distB="0" distL="0" distR="0" wp14:anchorId="2DBDEA25" wp14:editId="589470BF">
            <wp:extent cx="6583680" cy="2837180"/>
            <wp:effectExtent l="0" t="0" r="0" b="0"/>
            <wp:docPr id="1339441837" name="Picture 1" descr="A floor plan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441837" name="Picture 1" descr="A floor plan of a house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686E0" w14:textId="77777777" w:rsidR="00470132" w:rsidRDefault="00470132">
      <w:pPr>
        <w:pBdr>
          <w:bottom w:val="single" w:sz="14" w:space="1" w:color="707070"/>
        </w:pBdr>
        <w:spacing w:before="100" w:after="120" w:line="240" w:lineRule="auto"/>
      </w:pPr>
    </w:p>
    <w:p w14:paraId="66210F79" w14:textId="4DE71E04" w:rsidR="006C15A4" w:rsidRDefault="006C15A4">
      <w:r>
        <w:br w:type="page"/>
      </w:r>
    </w:p>
    <w:p w14:paraId="36775D03" w14:textId="77777777" w:rsidR="00470132" w:rsidRDefault="00470132"/>
    <w:p w14:paraId="1D5B7578" w14:textId="77777777" w:rsidR="00A06B59" w:rsidRDefault="00000000">
      <w:pPr>
        <w:pStyle w:val="Heading1"/>
        <w:spacing w:before="200" w:after="140" w:line="240" w:lineRule="auto"/>
      </w:pPr>
      <w:r>
        <w:t>7. Beachfront Bliss Suite with Private Pool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06B59" w14:paraId="5F31A7A1" w14:textId="77777777" w:rsidTr="00A06B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58B62E45" w14:textId="77777777" w:rsidR="00A06B59" w:rsidRDefault="00000000">
            <w:pPr>
              <w:spacing w:after="40"/>
            </w:pPr>
            <w:r>
              <w:rPr>
                <w:sz w:val="17"/>
              </w:rPr>
              <w:t>Size</w:t>
            </w:r>
          </w:p>
        </w:tc>
        <w:tc>
          <w:tcPr>
            <w:tcW w:w="5184" w:type="dxa"/>
            <w:vAlign w:val="center"/>
          </w:tcPr>
          <w:p w14:paraId="6019F750" w14:textId="77777777" w:rsidR="00A06B59" w:rsidRDefault="00000000">
            <w:pPr>
              <w:spacing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50 sq m / 538 sq ft</w:t>
            </w:r>
          </w:p>
        </w:tc>
      </w:tr>
      <w:tr w:rsidR="00A06B59" w14:paraId="3DF967EA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0EF8B717" w14:textId="77777777" w:rsidR="00A06B59" w:rsidRDefault="00000000">
            <w:pPr>
              <w:spacing w:after="40"/>
            </w:pPr>
            <w:r>
              <w:rPr>
                <w:sz w:val="17"/>
              </w:rPr>
              <w:t>Rooms available</w:t>
            </w:r>
          </w:p>
        </w:tc>
        <w:tc>
          <w:tcPr>
            <w:tcW w:w="5184" w:type="dxa"/>
            <w:vAlign w:val="center"/>
          </w:tcPr>
          <w:p w14:paraId="76949A89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4 rooms</w:t>
            </w:r>
          </w:p>
        </w:tc>
      </w:tr>
      <w:tr w:rsidR="00A06B59" w14:paraId="0CBAA49A" w14:textId="77777777" w:rsidTr="00A06B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2414564C" w14:textId="77777777" w:rsidR="00A06B59" w:rsidRDefault="00000000">
            <w:pPr>
              <w:spacing w:after="40"/>
            </w:pPr>
            <w:r>
              <w:rPr>
                <w:sz w:val="17"/>
              </w:rPr>
              <w:t>SLEEPING ARRANGEMENT</w:t>
            </w:r>
          </w:p>
        </w:tc>
        <w:tc>
          <w:tcPr>
            <w:tcW w:w="5184" w:type="dxa"/>
            <w:vAlign w:val="center"/>
          </w:tcPr>
          <w:p w14:paraId="3B3F76BB" w14:textId="77777777" w:rsidR="00A06B59" w:rsidRDefault="0000000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1 bedroom space + living room with pull-out sofa</w:t>
            </w:r>
          </w:p>
        </w:tc>
      </w:tr>
      <w:tr w:rsidR="00A06B59" w14:paraId="581E5C69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6F49520D" w14:textId="77777777" w:rsidR="00A06B59" w:rsidRDefault="00000000">
            <w:pPr>
              <w:spacing w:after="40"/>
            </w:pPr>
            <w:r>
              <w:rPr>
                <w:sz w:val="17"/>
              </w:rPr>
              <w:t>Layout / setup</w:t>
            </w:r>
          </w:p>
        </w:tc>
        <w:tc>
          <w:tcPr>
            <w:tcW w:w="5184" w:type="dxa"/>
            <w:vAlign w:val="center"/>
          </w:tcPr>
          <w:p w14:paraId="6ADDC012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Beachfront suite with private pool.</w:t>
            </w:r>
          </w:p>
        </w:tc>
      </w:tr>
      <w:tr w:rsidR="00A06B59" w14:paraId="6A74F6C6" w14:textId="77777777" w:rsidTr="00A06B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1FCC1B50" w14:textId="77777777" w:rsidR="00A06B59" w:rsidRDefault="00000000">
            <w:pPr>
              <w:spacing w:after="40"/>
            </w:pPr>
            <w:r>
              <w:rPr>
                <w:sz w:val="17"/>
              </w:rPr>
              <w:t>Nightly rate</w:t>
            </w:r>
          </w:p>
        </w:tc>
        <w:tc>
          <w:tcPr>
            <w:tcW w:w="5184" w:type="dxa"/>
            <w:vAlign w:val="center"/>
          </w:tcPr>
          <w:p w14:paraId="74408681" w14:textId="77777777" w:rsidR="00A06B59" w:rsidRDefault="0000000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Up to 4 persons: €900/night</w:t>
            </w:r>
          </w:p>
        </w:tc>
      </w:tr>
      <w:tr w:rsidR="00A06B59" w14:paraId="79419B91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242C0A22" w14:textId="77777777" w:rsidR="00A06B59" w:rsidRDefault="00000000">
            <w:pPr>
              <w:spacing w:after="40"/>
            </w:pPr>
            <w:r>
              <w:rPr>
                <w:sz w:val="17"/>
              </w:rPr>
              <w:t>Notes</w:t>
            </w:r>
          </w:p>
        </w:tc>
        <w:tc>
          <w:tcPr>
            <w:tcW w:w="5184" w:type="dxa"/>
            <w:vAlign w:val="center"/>
          </w:tcPr>
          <w:p w14:paraId="488D8C06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The trip sheet identifies 4 rooms and a 4-person rate. Breakfast is included; rates are nightly and inclusive of taxes and fees.</w:t>
            </w:r>
          </w:p>
        </w:tc>
      </w:tr>
    </w:tbl>
    <w:p w14:paraId="64F9FE43" w14:textId="77777777" w:rsidR="00A06B59" w:rsidRDefault="00000000">
      <w:pPr>
        <w:spacing w:before="100" w:after="40" w:line="252" w:lineRule="auto"/>
        <w:jc w:val="center"/>
      </w:pPr>
      <w:r>
        <w:rPr>
          <w:b/>
        </w:rPr>
        <w:t>Complete floorplan</w:t>
      </w:r>
    </w:p>
    <w:p w14:paraId="659C4274" w14:textId="77777777" w:rsidR="00A06B59" w:rsidRDefault="00271DE5">
      <w:pPr>
        <w:spacing w:after="80" w:line="252" w:lineRule="auto"/>
        <w:jc w:val="center"/>
      </w:pPr>
      <w:hyperlink r:id="rId23" w:history="1">
        <w:r w:rsidRPr="00B67562">
          <w:rPr>
            <w:rStyle w:val="Hyperlink"/>
            <w:color w:val="0563C1"/>
          </w:rPr>
          <w:t>https://www.pargabeachresort.gr/rooms/beachfront-bliss-suite-with-private-pool/</w:t>
        </w:r>
      </w:hyperlink>
      <w:hyperlink r:id="rId24">
        <w:r>
          <w:rPr>
            <w:color w:val="0563C1"/>
            <w:u w:val="single"/>
          </w:rPr>
          <w:t>https://www.pargabeachresort.gr/rooms/beachfront-bliss-suite-with-private-pool/</w:t>
        </w:r>
      </w:hyperlink>
    </w:p>
    <w:p w14:paraId="36AE4E7B" w14:textId="77777777" w:rsidR="00271DE5" w:rsidRDefault="00271DE5">
      <w:pPr>
        <w:spacing w:after="60" w:line="252" w:lineRule="auto"/>
        <w:jc w:val="center"/>
      </w:pPr>
      <w:r w:rsidRPr="00271DE5">
        <w:rPr>
          <w:noProof/>
        </w:rPr>
        <w:drawing>
          <wp:inline distT="0" distB="0" distL="0" distR="0" wp14:anchorId="125124B3" wp14:editId="214AA262">
            <wp:extent cx="6583680" cy="1869440"/>
            <wp:effectExtent l="0" t="0" r="0" b="0"/>
            <wp:docPr id="1561765747" name="Picture 1" descr="A floor plan of a bed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765747" name="Picture 1" descr="A floor plan of a bedroom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186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5A591" w14:textId="77777777" w:rsidR="00470132" w:rsidRDefault="00470132">
      <w:pPr>
        <w:pBdr>
          <w:bottom w:val="single" w:sz="14" w:space="1" w:color="707070"/>
        </w:pBdr>
        <w:spacing w:before="100" w:after="120" w:line="240" w:lineRule="auto"/>
      </w:pPr>
    </w:p>
    <w:p w14:paraId="6BAD8031" w14:textId="1C38097E" w:rsidR="006C15A4" w:rsidRDefault="006C15A4">
      <w:r>
        <w:br w:type="page"/>
      </w:r>
    </w:p>
    <w:p w14:paraId="2CD0F29A" w14:textId="77777777" w:rsidR="00470132" w:rsidRDefault="00470132"/>
    <w:p w14:paraId="7A1BD3CE" w14:textId="77777777" w:rsidR="00A06B59" w:rsidRDefault="00000000">
      <w:pPr>
        <w:pStyle w:val="Heading1"/>
        <w:spacing w:before="200" w:after="140" w:line="240" w:lineRule="auto"/>
      </w:pPr>
      <w:r>
        <w:t>8. Beachfront Maison Suite with Private Pool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A06B59" w14:paraId="43E3FA07" w14:textId="77777777" w:rsidTr="00A06B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1899775B" w14:textId="77777777" w:rsidR="00A06B59" w:rsidRDefault="00000000">
            <w:pPr>
              <w:spacing w:after="40"/>
            </w:pPr>
            <w:r>
              <w:rPr>
                <w:sz w:val="17"/>
              </w:rPr>
              <w:t>Size</w:t>
            </w:r>
          </w:p>
        </w:tc>
        <w:tc>
          <w:tcPr>
            <w:tcW w:w="5184" w:type="dxa"/>
            <w:vAlign w:val="center"/>
          </w:tcPr>
          <w:p w14:paraId="528498BA" w14:textId="77777777" w:rsidR="00A06B59" w:rsidRDefault="00000000">
            <w:pPr>
              <w:spacing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70 sq m / 753 sq ft</w:t>
            </w:r>
          </w:p>
        </w:tc>
      </w:tr>
      <w:tr w:rsidR="00A06B59" w14:paraId="1F0E01F9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1BFBABF2" w14:textId="77777777" w:rsidR="00A06B59" w:rsidRDefault="00000000">
            <w:pPr>
              <w:spacing w:after="40"/>
            </w:pPr>
            <w:r>
              <w:rPr>
                <w:sz w:val="17"/>
              </w:rPr>
              <w:t>Rooms available</w:t>
            </w:r>
          </w:p>
        </w:tc>
        <w:tc>
          <w:tcPr>
            <w:tcW w:w="5184" w:type="dxa"/>
            <w:vAlign w:val="center"/>
          </w:tcPr>
          <w:p w14:paraId="21002EBE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4 rooms</w:t>
            </w:r>
          </w:p>
        </w:tc>
      </w:tr>
      <w:tr w:rsidR="00A06B59" w14:paraId="631A3D56" w14:textId="77777777" w:rsidTr="00A06B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776E63DA" w14:textId="77777777" w:rsidR="00A06B59" w:rsidRDefault="00000000">
            <w:pPr>
              <w:spacing w:after="40"/>
            </w:pPr>
            <w:r>
              <w:rPr>
                <w:sz w:val="17"/>
              </w:rPr>
              <w:t>SLEEPING ARRANGEMENT</w:t>
            </w:r>
          </w:p>
        </w:tc>
        <w:tc>
          <w:tcPr>
            <w:tcW w:w="5184" w:type="dxa"/>
            <w:vAlign w:val="center"/>
          </w:tcPr>
          <w:p w14:paraId="60F99D73" w14:textId="77777777" w:rsidR="00A06B59" w:rsidRDefault="0000000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2 bedroom spaces + 2 baths + living room with pull-out sofa</w:t>
            </w:r>
          </w:p>
        </w:tc>
      </w:tr>
      <w:tr w:rsidR="00A06B59" w14:paraId="1A0DB7D3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00AFF00D" w14:textId="77777777" w:rsidR="00A06B59" w:rsidRDefault="00000000">
            <w:pPr>
              <w:spacing w:after="40"/>
            </w:pPr>
            <w:r>
              <w:rPr>
                <w:sz w:val="17"/>
              </w:rPr>
              <w:t>Layout / setup</w:t>
            </w:r>
          </w:p>
        </w:tc>
        <w:tc>
          <w:tcPr>
            <w:tcW w:w="5184" w:type="dxa"/>
            <w:vAlign w:val="center"/>
          </w:tcPr>
          <w:p w14:paraId="7898D419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Two-level beachfront suite with private pool.</w:t>
            </w:r>
          </w:p>
        </w:tc>
      </w:tr>
      <w:tr w:rsidR="00A06B59" w14:paraId="57EDD82A" w14:textId="77777777" w:rsidTr="00A06B5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1B51D885" w14:textId="77777777" w:rsidR="00A06B59" w:rsidRDefault="00000000">
            <w:pPr>
              <w:spacing w:after="40"/>
            </w:pPr>
            <w:r>
              <w:rPr>
                <w:sz w:val="17"/>
              </w:rPr>
              <w:t>Nightly rate</w:t>
            </w:r>
          </w:p>
        </w:tc>
        <w:tc>
          <w:tcPr>
            <w:tcW w:w="5184" w:type="dxa"/>
            <w:vAlign w:val="center"/>
          </w:tcPr>
          <w:p w14:paraId="2DEC2901" w14:textId="77777777" w:rsidR="00A06B59" w:rsidRDefault="00000000">
            <w:pPr>
              <w:spacing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7"/>
              </w:rPr>
              <w:t>Up to 4 persons: €1,250/night</w:t>
            </w:r>
            <w:r>
              <w:rPr>
                <w:sz w:val="17"/>
              </w:rPr>
              <w:br/>
              <w:t>Up to 5 persons: €1,300/night</w:t>
            </w:r>
          </w:p>
        </w:tc>
      </w:tr>
      <w:tr w:rsidR="00A06B59" w14:paraId="04E0D257" w14:textId="77777777" w:rsidTr="00A06B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84" w:type="dxa"/>
            <w:vAlign w:val="center"/>
          </w:tcPr>
          <w:p w14:paraId="5A8AA410" w14:textId="77777777" w:rsidR="00A06B59" w:rsidRDefault="00000000">
            <w:pPr>
              <w:spacing w:after="40"/>
            </w:pPr>
            <w:r>
              <w:rPr>
                <w:sz w:val="17"/>
              </w:rPr>
              <w:t>Notes</w:t>
            </w:r>
          </w:p>
        </w:tc>
        <w:tc>
          <w:tcPr>
            <w:tcW w:w="5184" w:type="dxa"/>
            <w:vAlign w:val="center"/>
          </w:tcPr>
          <w:p w14:paraId="13C4EDBB" w14:textId="77777777" w:rsidR="00A06B59" w:rsidRDefault="00000000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7"/>
              </w:rPr>
              <w:t>The trip sheet notes 4–5 people, 2 bedroom spaces, 2 bathrooms, and a living room with pull-out sofa. Breakfast is included; rates are nightly and inclusive of taxes and fees.</w:t>
            </w:r>
          </w:p>
        </w:tc>
      </w:tr>
    </w:tbl>
    <w:p w14:paraId="3FF1F7F2" w14:textId="77777777" w:rsidR="00A06B59" w:rsidRDefault="00000000">
      <w:pPr>
        <w:spacing w:before="100" w:after="40" w:line="252" w:lineRule="auto"/>
        <w:jc w:val="center"/>
        <w:rPr>
          <w:b/>
        </w:rPr>
      </w:pPr>
      <w:r>
        <w:rPr>
          <w:b/>
        </w:rPr>
        <w:t>Complete floorplan</w:t>
      </w:r>
    </w:p>
    <w:p w14:paraId="40C1DC6D" w14:textId="77777777" w:rsidR="00271DE5" w:rsidRDefault="000B616E">
      <w:pPr>
        <w:spacing w:after="80" w:line="252" w:lineRule="auto"/>
        <w:jc w:val="center"/>
      </w:pPr>
      <w:hyperlink r:id="rId26" w:history="1">
        <w:r w:rsidRPr="00B67562">
          <w:rPr>
            <w:rStyle w:val="Hyperlink"/>
            <w:color w:val="0563C1"/>
          </w:rPr>
          <w:t>https://www.pargabeachresort.gr/rooms/beachfront-maison-suite-with-private-pool/</w:t>
        </w:r>
      </w:hyperlink>
      <w:hyperlink r:id="rId27">
        <w:r>
          <w:rPr>
            <w:color w:val="0563C1"/>
            <w:u w:val="single"/>
          </w:rPr>
          <w:t>https://www.pargabeachresort.gr/rooms/beachfront-maison-suite-with-private-pool/</w:t>
        </w:r>
      </w:hyperlink>
    </w:p>
    <w:p w14:paraId="68320F72" w14:textId="77777777" w:rsidR="000B616E" w:rsidRDefault="000B616E">
      <w:pPr>
        <w:spacing w:after="60" w:line="252" w:lineRule="auto"/>
        <w:jc w:val="center"/>
      </w:pPr>
      <w:r w:rsidRPr="000B616E">
        <w:rPr>
          <w:noProof/>
        </w:rPr>
        <w:drawing>
          <wp:inline distT="0" distB="0" distL="0" distR="0" wp14:anchorId="0D458EF8" wp14:editId="30DA6B3A">
            <wp:extent cx="6583680" cy="3540760"/>
            <wp:effectExtent l="0" t="0" r="0" b="2540"/>
            <wp:docPr id="1963168526" name="Picture 1" descr="A floor plan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168526" name="Picture 1" descr="A floor plan of a house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54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77E0D" w14:textId="77777777" w:rsidR="00470132" w:rsidRDefault="00470132">
      <w:pPr>
        <w:pBdr>
          <w:bottom w:val="single" w:sz="14" w:space="1" w:color="707070"/>
        </w:pBdr>
        <w:spacing w:before="100" w:after="120" w:line="240" w:lineRule="auto"/>
      </w:pPr>
    </w:p>
    <w:p w14:paraId="5FFB994E" w14:textId="77777777" w:rsidR="00470132" w:rsidRDefault="00470132"/>
    <w:p w14:paraId="52352458" w14:textId="77777777" w:rsidR="00A06B59" w:rsidRDefault="00A06B59">
      <w:pPr>
        <w:spacing w:after="60" w:line="252" w:lineRule="auto"/>
        <w:jc w:val="center"/>
      </w:pPr>
    </w:p>
    <w:p w14:paraId="5BC02A18" w14:textId="77777777" w:rsidR="00A06B59" w:rsidRDefault="00A06B59">
      <w:pPr>
        <w:spacing w:after="60" w:line="252" w:lineRule="auto"/>
      </w:pPr>
    </w:p>
    <w:sectPr w:rsidR="00A06B59" w:rsidSect="00034616">
      <w:headerReference w:type="default" r:id="rId29"/>
      <w:footerReference w:type="default" r:id="rId30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6AB9876" w14:textId="77777777" w:rsidR="00AA3301" w:rsidRDefault="00AA3301">
      <w:pPr>
        <w:spacing w:after="0" w:line="240" w:lineRule="auto"/>
      </w:pPr>
      <w:r>
        <w:separator/>
      </w:r>
    </w:p>
  </w:endnote>
  <w:endnote w:type="continuationSeparator" w:id="0">
    <w:p w14:paraId="21B50DAD" w14:textId="77777777" w:rsidR="00AA3301" w:rsidRDefault="00AA3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35DA2B" w14:textId="77777777" w:rsidR="00A06B59" w:rsidRDefault="00A06B59">
    <w:pPr>
      <w:pStyle w:val="Footer"/>
      <w:jc w:val="center"/>
    </w:pPr>
    <w:r>
      <w:rPr>
        <w:sz w:val="16"/>
      </w:rPr>
      <w:t>Parga Beach Resort — Room Options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C13442" w14:textId="77777777" w:rsidR="00AA3301" w:rsidRDefault="00AA3301">
      <w:pPr>
        <w:spacing w:after="0" w:line="240" w:lineRule="auto"/>
      </w:pPr>
      <w:r>
        <w:separator/>
      </w:r>
    </w:p>
  </w:footnote>
  <w:footnote w:type="continuationSeparator" w:id="0">
    <w:p w14:paraId="731C6EE1" w14:textId="77777777" w:rsidR="00AA3301" w:rsidRDefault="00AA3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97B3AB" w14:textId="77777777" w:rsidR="00A06B59" w:rsidRDefault="00A06B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2321942">
    <w:abstractNumId w:val="8"/>
  </w:num>
  <w:num w:numId="2" w16cid:durableId="2027364521">
    <w:abstractNumId w:val="6"/>
  </w:num>
  <w:num w:numId="3" w16cid:durableId="1546718869">
    <w:abstractNumId w:val="5"/>
  </w:num>
  <w:num w:numId="4" w16cid:durableId="1955941580">
    <w:abstractNumId w:val="4"/>
  </w:num>
  <w:num w:numId="5" w16cid:durableId="663094311">
    <w:abstractNumId w:val="7"/>
  </w:num>
  <w:num w:numId="6" w16cid:durableId="960721503">
    <w:abstractNumId w:val="3"/>
  </w:num>
  <w:num w:numId="7" w16cid:durableId="1659647206">
    <w:abstractNumId w:val="2"/>
  </w:num>
  <w:num w:numId="8" w16cid:durableId="1887986638">
    <w:abstractNumId w:val="1"/>
  </w:num>
  <w:num w:numId="9" w16cid:durableId="10453681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2B09"/>
    <w:rsid w:val="000B616E"/>
    <w:rsid w:val="0010492D"/>
    <w:rsid w:val="0015074B"/>
    <w:rsid w:val="00166EEC"/>
    <w:rsid w:val="00175BA6"/>
    <w:rsid w:val="001C3BB0"/>
    <w:rsid w:val="00271DE5"/>
    <w:rsid w:val="0029639D"/>
    <w:rsid w:val="00326F90"/>
    <w:rsid w:val="004032D0"/>
    <w:rsid w:val="00470132"/>
    <w:rsid w:val="00583CDD"/>
    <w:rsid w:val="00616058"/>
    <w:rsid w:val="006C15A4"/>
    <w:rsid w:val="00796794"/>
    <w:rsid w:val="007E2E7E"/>
    <w:rsid w:val="0081125A"/>
    <w:rsid w:val="00813925"/>
    <w:rsid w:val="00832D67"/>
    <w:rsid w:val="008A4116"/>
    <w:rsid w:val="008B157F"/>
    <w:rsid w:val="0091342E"/>
    <w:rsid w:val="009144E4"/>
    <w:rsid w:val="009D42E9"/>
    <w:rsid w:val="009D5DB7"/>
    <w:rsid w:val="00A06B59"/>
    <w:rsid w:val="00A22490"/>
    <w:rsid w:val="00AA1D8D"/>
    <w:rsid w:val="00AA3301"/>
    <w:rsid w:val="00B47730"/>
    <w:rsid w:val="00C24B3C"/>
    <w:rsid w:val="00CB0664"/>
    <w:rsid w:val="00CD58CB"/>
    <w:rsid w:val="00D4467F"/>
    <w:rsid w:val="00D713C0"/>
    <w:rsid w:val="00EA254E"/>
    <w:rsid w:val="00EF6D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2AD949"/>
  <w14:defaultImageDpi w14:val="300"/>
  <w15:docId w15:val="{91A56C24-03F6-AB4D-935E-4F00A32CA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C24B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4B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argabeachresort.gr/rooms/eden-suite/" TargetMode="External"/><Relationship Id="rId13" Type="http://schemas.openxmlformats.org/officeDocument/2006/relationships/hyperlink" Target="https://www.pargabeachresort.gr/rooms/aura-suite/" TargetMode="External"/><Relationship Id="rId18" Type="http://schemas.openxmlformats.org/officeDocument/2006/relationships/image" Target="media/image4.png"/><Relationship Id="rId26" Type="http://schemas.openxmlformats.org/officeDocument/2006/relationships/hyperlink" Target="https://www.pargabeachresort.gr/rooms/beachfront-maison-suite-with-private-pool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pargabeachresort.gr/rooms/beachfront-panorama-suite-with-jet-tub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www.pargabeachresort.gr/rooms/aura-suite-with-private-pool/" TargetMode="Externa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hyperlink" Target="https://www.pargabeachresort.gr/rooms/aura-suite-with-private-pool/" TargetMode="External"/><Relationship Id="rId20" Type="http://schemas.openxmlformats.org/officeDocument/2006/relationships/image" Target="media/image5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argabeachresort.gr/rooms/eden-suite-with-attic/" TargetMode="External"/><Relationship Id="rId24" Type="http://schemas.openxmlformats.org/officeDocument/2006/relationships/hyperlink" Target="https://www.pargabeachresort.gr/rooms/beachfront-bliss-suite-with-private-pool/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hyperlink" Target="https://www.pargabeachresort.gr/rooms/beachfront-bliss-suite-with-private-pool/" TargetMode="External"/><Relationship Id="rId28" Type="http://schemas.openxmlformats.org/officeDocument/2006/relationships/image" Target="media/image8.png"/><Relationship Id="rId10" Type="http://schemas.openxmlformats.org/officeDocument/2006/relationships/image" Target="media/image1.png"/><Relationship Id="rId19" Type="http://schemas.openxmlformats.org/officeDocument/2006/relationships/hyperlink" Target="https://www.pargabeachresort.gr/rooms/penthouse-bliss-suite-with-plunge-pool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pargabeachresort.gr/rooms/eden-suite/" TargetMode="External"/><Relationship Id="rId14" Type="http://schemas.openxmlformats.org/officeDocument/2006/relationships/hyperlink" Target="https://www.pargabeachresort.gr/rooms/aura-suite/" TargetMode="External"/><Relationship Id="rId22" Type="http://schemas.openxmlformats.org/officeDocument/2006/relationships/image" Target="media/image6.png"/><Relationship Id="rId27" Type="http://schemas.openxmlformats.org/officeDocument/2006/relationships/hyperlink" Target="https://www.pargabeachresort.gr/rooms/beachfront-maison-suite-with-private-pool/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1075</Words>
  <Characters>6118</Characters>
  <Application>Microsoft Office Word</Application>
  <DocSecurity>0</DocSecurity>
  <Lines>305</Lines>
  <Paragraphs>239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NICHOLAS MITROKOSTAS</cp:lastModifiedBy>
  <cp:revision>5</cp:revision>
  <cp:lastPrinted>2026-10-05T01:25:00Z</cp:lastPrinted>
  <dcterms:created xsi:type="dcterms:W3CDTF">2026-10-06T01:06:00Z</dcterms:created>
  <dcterms:modified xsi:type="dcterms:W3CDTF">2026-10-06T19:35:00Z</dcterms:modified>
  <cp:category/>
</cp:coreProperties>
</file>